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080A08" w14:textId="77777777" w:rsidR="00E6367E" w:rsidRDefault="00000000">
      <w:pPr>
        <w:spacing w:before="100" w:after="80"/>
      </w:pPr>
      <w:r>
        <w:rPr>
          <w:rFonts w:ascii="Arial" w:hAnsi="Arial"/>
          <w:b/>
          <w:color w:val="1F4E79"/>
        </w:rPr>
        <w:t>1. Identifikácia mentora a výkazového obdobia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2631"/>
        <w:gridCol w:w="2630"/>
        <w:gridCol w:w="2633"/>
        <w:gridCol w:w="2630"/>
      </w:tblGrid>
      <w:tr w:rsidR="00E6367E" w14:paraId="2C8C21B1" w14:textId="77777777">
        <w:trPr>
          <w:jc w:val="center"/>
        </w:trPr>
        <w:tc>
          <w:tcPr>
            <w:tcW w:w="2635" w:type="dxa"/>
            <w:shd w:val="clear" w:color="auto" w:fill="F2F2F2"/>
            <w:vAlign w:val="center"/>
          </w:tcPr>
          <w:p w14:paraId="4075AD53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Meno a priezvisko mentora:</w:t>
            </w:r>
          </w:p>
        </w:tc>
        <w:tc>
          <w:tcPr>
            <w:tcW w:w="2635" w:type="dxa"/>
            <w:vAlign w:val="center"/>
          </w:tcPr>
          <w:p w14:paraId="7D871504" w14:textId="77777777" w:rsidR="00E6367E" w:rsidRDefault="00E6367E">
            <w:pPr>
              <w:spacing w:after="0"/>
            </w:pPr>
          </w:p>
        </w:tc>
        <w:tc>
          <w:tcPr>
            <w:tcW w:w="2635" w:type="dxa"/>
            <w:shd w:val="clear" w:color="auto" w:fill="F2F2F2"/>
            <w:vAlign w:val="center"/>
          </w:tcPr>
          <w:p w14:paraId="423E241A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Číslo dohody / poverenia:</w:t>
            </w:r>
          </w:p>
        </w:tc>
        <w:tc>
          <w:tcPr>
            <w:tcW w:w="2635" w:type="dxa"/>
            <w:vAlign w:val="center"/>
          </w:tcPr>
          <w:p w14:paraId="64FBD7A1" w14:textId="77777777" w:rsidR="00E6367E" w:rsidRDefault="00E6367E">
            <w:pPr>
              <w:spacing w:after="0"/>
            </w:pPr>
          </w:p>
        </w:tc>
      </w:tr>
      <w:tr w:rsidR="00E6367E" w14:paraId="77B68354" w14:textId="77777777">
        <w:trPr>
          <w:jc w:val="center"/>
        </w:trPr>
        <w:tc>
          <w:tcPr>
            <w:tcW w:w="2635" w:type="dxa"/>
            <w:shd w:val="clear" w:color="auto" w:fill="F2F2F2"/>
            <w:vAlign w:val="center"/>
          </w:tcPr>
          <w:p w14:paraId="16F553DA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Klub / organizácia:</w:t>
            </w:r>
          </w:p>
        </w:tc>
        <w:tc>
          <w:tcPr>
            <w:tcW w:w="2635" w:type="dxa"/>
            <w:vAlign w:val="center"/>
          </w:tcPr>
          <w:p w14:paraId="5C9E8FC9" w14:textId="77777777" w:rsidR="00E6367E" w:rsidRDefault="00E6367E">
            <w:pPr>
              <w:spacing w:after="0"/>
            </w:pPr>
          </w:p>
        </w:tc>
        <w:tc>
          <w:tcPr>
            <w:tcW w:w="2635" w:type="dxa"/>
            <w:shd w:val="clear" w:color="auto" w:fill="F2F2F2"/>
            <w:vAlign w:val="center"/>
          </w:tcPr>
          <w:p w14:paraId="49FEF7B2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Obdobie výkazu (od – do):</w:t>
            </w:r>
          </w:p>
        </w:tc>
        <w:tc>
          <w:tcPr>
            <w:tcW w:w="2635" w:type="dxa"/>
            <w:vAlign w:val="center"/>
          </w:tcPr>
          <w:p w14:paraId="55715429" w14:textId="77777777" w:rsidR="00E6367E" w:rsidRDefault="00E6367E">
            <w:pPr>
              <w:spacing w:after="0"/>
            </w:pPr>
          </w:p>
        </w:tc>
      </w:tr>
      <w:tr w:rsidR="00E6367E" w14:paraId="144F2462" w14:textId="77777777">
        <w:trPr>
          <w:jc w:val="center"/>
        </w:trPr>
        <w:tc>
          <w:tcPr>
            <w:tcW w:w="2635" w:type="dxa"/>
            <w:shd w:val="clear" w:color="auto" w:fill="F2F2F2"/>
            <w:vAlign w:val="center"/>
          </w:tcPr>
          <w:p w14:paraId="2FD936EF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Odborná pozícia / kvalifikácia mentora:</w:t>
            </w:r>
          </w:p>
        </w:tc>
        <w:tc>
          <w:tcPr>
            <w:tcW w:w="2635" w:type="dxa"/>
            <w:vAlign w:val="center"/>
          </w:tcPr>
          <w:p w14:paraId="3B1D4D9C" w14:textId="77777777" w:rsidR="00E6367E" w:rsidRDefault="00E6367E">
            <w:pPr>
              <w:spacing w:after="0"/>
            </w:pPr>
          </w:p>
        </w:tc>
        <w:tc>
          <w:tcPr>
            <w:tcW w:w="2635" w:type="dxa"/>
            <w:shd w:val="clear" w:color="auto" w:fill="F2F2F2"/>
            <w:vAlign w:val="center"/>
          </w:tcPr>
          <w:p w14:paraId="6E372AE4" w14:textId="2592FA76" w:rsidR="00E6367E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7"/>
              </w:rPr>
              <w:t>Počet</w:t>
            </w:r>
            <w:proofErr w:type="spellEnd"/>
            <w:r>
              <w:rPr>
                <w:rFonts w:ascii="Arial" w:hAnsi="Arial"/>
                <w:b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000000"/>
                <w:sz w:val="17"/>
              </w:rPr>
              <w:t>mentorovaných</w:t>
            </w:r>
            <w:proofErr w:type="spellEnd"/>
            <w:r>
              <w:rPr>
                <w:rFonts w:ascii="Arial" w:hAnsi="Arial"/>
                <w:b/>
                <w:color w:val="000000"/>
                <w:sz w:val="17"/>
              </w:rPr>
              <w:t xml:space="preserve"> </w:t>
            </w:r>
            <w:proofErr w:type="spellStart"/>
            <w:r w:rsidR="00356FF1">
              <w:rPr>
                <w:rFonts w:ascii="Arial" w:hAnsi="Arial"/>
                <w:b/>
                <w:color w:val="000000"/>
                <w:sz w:val="17"/>
              </w:rPr>
              <w:t>športových</w:t>
            </w:r>
            <w:proofErr w:type="spellEnd"/>
            <w:r w:rsidR="00356FF1">
              <w:rPr>
                <w:rFonts w:ascii="Arial" w:hAnsi="Arial"/>
                <w:b/>
                <w:color w:val="000000"/>
                <w:sz w:val="17"/>
              </w:rPr>
              <w:t xml:space="preserve"> </w:t>
            </w:r>
            <w:proofErr w:type="spellStart"/>
            <w:r w:rsidR="00356FF1">
              <w:rPr>
                <w:rFonts w:ascii="Arial" w:hAnsi="Arial"/>
                <w:b/>
                <w:color w:val="000000"/>
                <w:sz w:val="17"/>
              </w:rPr>
              <w:t>odborníkov</w:t>
            </w:r>
            <w:proofErr w:type="spellEnd"/>
            <w:r>
              <w:rPr>
                <w:rFonts w:ascii="Arial" w:hAnsi="Arial"/>
                <w:b/>
                <w:color w:val="000000"/>
                <w:sz w:val="17"/>
              </w:rPr>
              <w:t>:</w:t>
            </w:r>
          </w:p>
        </w:tc>
        <w:tc>
          <w:tcPr>
            <w:tcW w:w="2635" w:type="dxa"/>
            <w:vAlign w:val="center"/>
          </w:tcPr>
          <w:p w14:paraId="55756922" w14:textId="77777777" w:rsidR="00E6367E" w:rsidRDefault="00E6367E">
            <w:pPr>
              <w:spacing w:after="0"/>
            </w:pPr>
          </w:p>
        </w:tc>
      </w:tr>
      <w:tr w:rsidR="00E6367E" w14:paraId="3A3868E7" w14:textId="77777777">
        <w:trPr>
          <w:jc w:val="center"/>
        </w:trPr>
        <w:tc>
          <w:tcPr>
            <w:tcW w:w="2635" w:type="dxa"/>
            <w:shd w:val="clear" w:color="auto" w:fill="F2F2F2"/>
            <w:vAlign w:val="center"/>
          </w:tcPr>
          <w:p w14:paraId="3B336DB6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Kontaktný e-mail / telefón:</w:t>
            </w:r>
          </w:p>
        </w:tc>
        <w:tc>
          <w:tcPr>
            <w:tcW w:w="2635" w:type="dxa"/>
            <w:vAlign w:val="center"/>
          </w:tcPr>
          <w:p w14:paraId="3F04BC1B" w14:textId="77777777" w:rsidR="00E6367E" w:rsidRDefault="00E6367E">
            <w:pPr>
              <w:spacing w:after="0"/>
            </w:pPr>
          </w:p>
        </w:tc>
        <w:tc>
          <w:tcPr>
            <w:tcW w:w="2635" w:type="dxa"/>
            <w:shd w:val="clear" w:color="auto" w:fill="F2F2F2"/>
            <w:vAlign w:val="center"/>
          </w:tcPr>
          <w:p w14:paraId="33B11B3F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Projekt / program:</w:t>
            </w:r>
          </w:p>
        </w:tc>
        <w:tc>
          <w:tcPr>
            <w:tcW w:w="2635" w:type="dxa"/>
            <w:vAlign w:val="center"/>
          </w:tcPr>
          <w:p w14:paraId="2C6F05A5" w14:textId="77777777" w:rsidR="00E6367E" w:rsidRDefault="00E6367E">
            <w:pPr>
              <w:spacing w:after="0"/>
            </w:pPr>
          </w:p>
        </w:tc>
      </w:tr>
    </w:tbl>
    <w:p w14:paraId="211D3738" w14:textId="03B5C278" w:rsidR="00E6367E" w:rsidRDefault="00000000">
      <w:pPr>
        <w:spacing w:before="100" w:after="80"/>
      </w:pPr>
      <w:r>
        <w:rPr>
          <w:rFonts w:ascii="Arial" w:hAnsi="Arial"/>
          <w:b/>
          <w:color w:val="1F4E79"/>
        </w:rPr>
        <w:t xml:space="preserve">2. </w:t>
      </w:r>
      <w:proofErr w:type="spellStart"/>
      <w:r>
        <w:rPr>
          <w:rFonts w:ascii="Arial" w:hAnsi="Arial"/>
          <w:b/>
          <w:color w:val="1F4E79"/>
        </w:rPr>
        <w:t>Zoznam</w:t>
      </w:r>
      <w:proofErr w:type="spellEnd"/>
      <w:r>
        <w:rPr>
          <w:rFonts w:ascii="Arial" w:hAnsi="Arial"/>
          <w:b/>
          <w:color w:val="1F4E79"/>
        </w:rPr>
        <w:t xml:space="preserve"> </w:t>
      </w:r>
      <w:proofErr w:type="spellStart"/>
      <w:r>
        <w:rPr>
          <w:rFonts w:ascii="Arial" w:hAnsi="Arial"/>
          <w:b/>
          <w:color w:val="1F4E79"/>
        </w:rPr>
        <w:t>mentorovaných</w:t>
      </w:r>
      <w:proofErr w:type="spellEnd"/>
      <w:r>
        <w:rPr>
          <w:rFonts w:ascii="Arial" w:hAnsi="Arial"/>
          <w:b/>
          <w:color w:val="1F4E79"/>
        </w:rPr>
        <w:t xml:space="preserve"> </w:t>
      </w:r>
      <w:proofErr w:type="spellStart"/>
      <w:r w:rsidR="00356FF1">
        <w:rPr>
          <w:rFonts w:ascii="Arial" w:hAnsi="Arial"/>
          <w:b/>
          <w:color w:val="1F4E79"/>
        </w:rPr>
        <w:t>športových</w:t>
      </w:r>
      <w:proofErr w:type="spellEnd"/>
      <w:r w:rsidR="00356FF1">
        <w:rPr>
          <w:rFonts w:ascii="Arial" w:hAnsi="Arial"/>
          <w:b/>
          <w:color w:val="1F4E79"/>
        </w:rPr>
        <w:t xml:space="preserve"> </w:t>
      </w:r>
      <w:proofErr w:type="spellStart"/>
      <w:r w:rsidR="00356FF1">
        <w:rPr>
          <w:rFonts w:ascii="Arial" w:hAnsi="Arial"/>
          <w:b/>
          <w:color w:val="1F4E79"/>
        </w:rPr>
        <w:t>odborníkov</w:t>
      </w:r>
      <w:proofErr w:type="spellEnd"/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2104"/>
        <w:gridCol w:w="2105"/>
        <w:gridCol w:w="2105"/>
        <w:gridCol w:w="2105"/>
        <w:gridCol w:w="2105"/>
      </w:tblGrid>
      <w:tr w:rsidR="00E6367E" w14:paraId="1754B7C9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78DC15E3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6"/>
              </w:rPr>
              <w:t>P. č.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E40AEA9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6"/>
              </w:rPr>
              <w:t>Meno a priezvisko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279535A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6"/>
              </w:rPr>
              <w:t>Odborná pozícia / kvalifikácia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37F61E4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6"/>
              </w:rPr>
              <w:t>Klub / organizácia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8DB122A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6"/>
              </w:rPr>
              <w:t>Cieľ mentoringu / poznámka</w:t>
            </w:r>
          </w:p>
        </w:tc>
      </w:tr>
      <w:tr w:rsidR="00E6367E" w14:paraId="457EEAEC" w14:textId="77777777">
        <w:trPr>
          <w:jc w:val="center"/>
        </w:trPr>
        <w:tc>
          <w:tcPr>
            <w:tcW w:w="2108" w:type="dxa"/>
            <w:vAlign w:val="center"/>
          </w:tcPr>
          <w:p w14:paraId="281B66BF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1</w:t>
            </w:r>
          </w:p>
        </w:tc>
        <w:tc>
          <w:tcPr>
            <w:tcW w:w="2108" w:type="dxa"/>
            <w:vAlign w:val="center"/>
          </w:tcPr>
          <w:p w14:paraId="3E41873A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72ED8DBD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1E638B6A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6BE82FCE" w14:textId="77777777" w:rsidR="00E6367E" w:rsidRDefault="00E6367E">
            <w:pPr>
              <w:spacing w:after="0"/>
            </w:pPr>
          </w:p>
        </w:tc>
      </w:tr>
      <w:tr w:rsidR="00E6367E" w14:paraId="12A5E671" w14:textId="77777777">
        <w:trPr>
          <w:jc w:val="center"/>
        </w:trPr>
        <w:tc>
          <w:tcPr>
            <w:tcW w:w="2108" w:type="dxa"/>
            <w:vAlign w:val="center"/>
          </w:tcPr>
          <w:p w14:paraId="31072798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2</w:t>
            </w:r>
          </w:p>
        </w:tc>
        <w:tc>
          <w:tcPr>
            <w:tcW w:w="2108" w:type="dxa"/>
            <w:vAlign w:val="center"/>
          </w:tcPr>
          <w:p w14:paraId="7A86AD1C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1BAC0289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30EA02E2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1C7D6C06" w14:textId="77777777" w:rsidR="00E6367E" w:rsidRDefault="00E6367E">
            <w:pPr>
              <w:spacing w:after="0"/>
            </w:pPr>
          </w:p>
        </w:tc>
      </w:tr>
      <w:tr w:rsidR="00E6367E" w14:paraId="6D460677" w14:textId="77777777">
        <w:trPr>
          <w:jc w:val="center"/>
        </w:trPr>
        <w:tc>
          <w:tcPr>
            <w:tcW w:w="2108" w:type="dxa"/>
            <w:vAlign w:val="center"/>
          </w:tcPr>
          <w:p w14:paraId="018642BD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3</w:t>
            </w:r>
          </w:p>
        </w:tc>
        <w:tc>
          <w:tcPr>
            <w:tcW w:w="2108" w:type="dxa"/>
            <w:vAlign w:val="center"/>
          </w:tcPr>
          <w:p w14:paraId="16BAFD4B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1E93D54E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286AD303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252DE8BB" w14:textId="77777777" w:rsidR="00E6367E" w:rsidRDefault="00E6367E">
            <w:pPr>
              <w:spacing w:after="0"/>
            </w:pPr>
          </w:p>
        </w:tc>
      </w:tr>
      <w:tr w:rsidR="00E6367E" w14:paraId="17A4919D" w14:textId="77777777">
        <w:trPr>
          <w:jc w:val="center"/>
        </w:trPr>
        <w:tc>
          <w:tcPr>
            <w:tcW w:w="2108" w:type="dxa"/>
            <w:vAlign w:val="center"/>
          </w:tcPr>
          <w:p w14:paraId="3272F217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4</w:t>
            </w:r>
          </w:p>
        </w:tc>
        <w:tc>
          <w:tcPr>
            <w:tcW w:w="2108" w:type="dxa"/>
            <w:vAlign w:val="center"/>
          </w:tcPr>
          <w:p w14:paraId="7EBE18F8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5DD0E046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3138B2C6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672F2B7F" w14:textId="77777777" w:rsidR="00E6367E" w:rsidRDefault="00E6367E">
            <w:pPr>
              <w:spacing w:after="0"/>
            </w:pPr>
          </w:p>
        </w:tc>
      </w:tr>
      <w:tr w:rsidR="00E6367E" w14:paraId="198F62F4" w14:textId="77777777">
        <w:trPr>
          <w:jc w:val="center"/>
        </w:trPr>
        <w:tc>
          <w:tcPr>
            <w:tcW w:w="2108" w:type="dxa"/>
            <w:vAlign w:val="center"/>
          </w:tcPr>
          <w:p w14:paraId="1F72EBC9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5</w:t>
            </w:r>
          </w:p>
        </w:tc>
        <w:tc>
          <w:tcPr>
            <w:tcW w:w="2108" w:type="dxa"/>
            <w:vAlign w:val="center"/>
          </w:tcPr>
          <w:p w14:paraId="16CC36E5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33629D80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6940F4B7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7BF8F9AD" w14:textId="77777777" w:rsidR="00E6367E" w:rsidRDefault="00E6367E">
            <w:pPr>
              <w:spacing w:after="0"/>
            </w:pPr>
          </w:p>
        </w:tc>
      </w:tr>
      <w:tr w:rsidR="00E6367E" w14:paraId="049E7048" w14:textId="77777777">
        <w:trPr>
          <w:jc w:val="center"/>
        </w:trPr>
        <w:tc>
          <w:tcPr>
            <w:tcW w:w="2108" w:type="dxa"/>
            <w:vAlign w:val="center"/>
          </w:tcPr>
          <w:p w14:paraId="2CD3DCEB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6"/>
              </w:rPr>
              <w:t>6</w:t>
            </w:r>
          </w:p>
        </w:tc>
        <w:tc>
          <w:tcPr>
            <w:tcW w:w="2108" w:type="dxa"/>
            <w:vAlign w:val="center"/>
          </w:tcPr>
          <w:p w14:paraId="56CEF8A3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5D257A2D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01CCFEF2" w14:textId="77777777" w:rsidR="00E6367E" w:rsidRDefault="00E6367E">
            <w:pPr>
              <w:spacing w:after="0"/>
            </w:pPr>
          </w:p>
        </w:tc>
        <w:tc>
          <w:tcPr>
            <w:tcW w:w="2108" w:type="dxa"/>
            <w:vAlign w:val="center"/>
          </w:tcPr>
          <w:p w14:paraId="305D414A" w14:textId="77777777" w:rsidR="00E6367E" w:rsidRDefault="00E6367E">
            <w:pPr>
              <w:spacing w:after="0"/>
            </w:pPr>
          </w:p>
        </w:tc>
      </w:tr>
    </w:tbl>
    <w:p w14:paraId="4D462DB5" w14:textId="77777777" w:rsidR="00E6367E" w:rsidRDefault="00000000">
      <w:pPr>
        <w:spacing w:before="100" w:after="80"/>
      </w:pPr>
      <w:r>
        <w:rPr>
          <w:rFonts w:ascii="Arial" w:hAnsi="Arial"/>
          <w:b/>
          <w:color w:val="1F4E79"/>
        </w:rPr>
        <w:t>3. Záznamy o stretnutiach a mentoringových aktivitách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503"/>
        <w:gridCol w:w="1503"/>
        <w:gridCol w:w="1503"/>
        <w:gridCol w:w="1505"/>
        <w:gridCol w:w="1503"/>
        <w:gridCol w:w="1503"/>
        <w:gridCol w:w="1504"/>
      </w:tblGrid>
      <w:tr w:rsidR="00E6367E" w14:paraId="57FDE479" w14:textId="77777777">
        <w:trPr>
          <w:jc w:val="center"/>
        </w:trPr>
        <w:tc>
          <w:tcPr>
            <w:tcW w:w="1506" w:type="dxa"/>
            <w:shd w:val="clear" w:color="auto" w:fill="D9EAF7"/>
            <w:vAlign w:val="center"/>
          </w:tcPr>
          <w:p w14:paraId="18545166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5"/>
              </w:rPr>
              <w:t>P. č.</w:t>
            </w:r>
          </w:p>
        </w:tc>
        <w:tc>
          <w:tcPr>
            <w:tcW w:w="1506" w:type="dxa"/>
            <w:shd w:val="clear" w:color="auto" w:fill="D9EAF7"/>
            <w:vAlign w:val="center"/>
          </w:tcPr>
          <w:p w14:paraId="75C364F5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5"/>
              </w:rPr>
              <w:t>Dátum</w:t>
            </w:r>
          </w:p>
        </w:tc>
        <w:tc>
          <w:tcPr>
            <w:tcW w:w="1506" w:type="dxa"/>
            <w:shd w:val="clear" w:color="auto" w:fill="D9EAF7"/>
            <w:vAlign w:val="center"/>
          </w:tcPr>
          <w:p w14:paraId="6404FFF7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5"/>
              </w:rPr>
              <w:t>Miesto / online</w:t>
            </w:r>
          </w:p>
        </w:tc>
        <w:tc>
          <w:tcPr>
            <w:tcW w:w="1506" w:type="dxa"/>
            <w:shd w:val="clear" w:color="auto" w:fill="D9EAF7"/>
            <w:vAlign w:val="center"/>
          </w:tcPr>
          <w:p w14:paraId="2EDC9567" w14:textId="31887B9F" w:rsidR="00E6367E" w:rsidRDefault="00000000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b/>
                <w:color w:val="1F4E79"/>
                <w:sz w:val="15"/>
              </w:rPr>
              <w:t>Mentorovaný</w:t>
            </w:r>
            <w:proofErr w:type="spellEnd"/>
            <w:r>
              <w:rPr>
                <w:rFonts w:ascii="Arial" w:hAnsi="Arial"/>
                <w:b/>
                <w:color w:val="1F4E79"/>
                <w:sz w:val="15"/>
              </w:rPr>
              <w:t xml:space="preserve"> </w:t>
            </w:r>
            <w:r w:rsidR="00356FF1">
              <w:rPr>
                <w:rFonts w:ascii="Arial" w:hAnsi="Arial"/>
                <w:b/>
                <w:color w:val="1F4E79"/>
                <w:sz w:val="15"/>
              </w:rPr>
              <w:t>ŠO</w:t>
            </w:r>
          </w:p>
        </w:tc>
        <w:tc>
          <w:tcPr>
            <w:tcW w:w="1506" w:type="dxa"/>
            <w:shd w:val="clear" w:color="auto" w:fill="D9EAF7"/>
            <w:vAlign w:val="center"/>
          </w:tcPr>
          <w:p w14:paraId="5F5C4EC2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5"/>
              </w:rPr>
              <w:t>Dĺžka</w:t>
            </w:r>
            <w:r>
              <w:rPr>
                <w:rFonts w:ascii="Arial" w:hAnsi="Arial"/>
                <w:b/>
                <w:color w:val="1F4E79"/>
                <w:sz w:val="15"/>
              </w:rPr>
              <w:br/>
              <w:t>(hod.)</w:t>
            </w:r>
          </w:p>
        </w:tc>
        <w:tc>
          <w:tcPr>
            <w:tcW w:w="1506" w:type="dxa"/>
            <w:shd w:val="clear" w:color="auto" w:fill="D9EAF7"/>
            <w:vAlign w:val="center"/>
          </w:tcPr>
          <w:p w14:paraId="7346471C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5"/>
              </w:rPr>
              <w:t>Forma</w:t>
            </w:r>
          </w:p>
        </w:tc>
        <w:tc>
          <w:tcPr>
            <w:tcW w:w="1506" w:type="dxa"/>
            <w:shd w:val="clear" w:color="auto" w:fill="D9EAF7"/>
            <w:vAlign w:val="center"/>
          </w:tcPr>
          <w:p w14:paraId="6A22E6D2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5"/>
              </w:rPr>
              <w:t>Obsah / téma / praktická činnosť</w:t>
            </w:r>
          </w:p>
        </w:tc>
      </w:tr>
      <w:tr w:rsidR="00E6367E" w14:paraId="6CA1F1A7" w14:textId="77777777">
        <w:trPr>
          <w:jc w:val="center"/>
        </w:trPr>
        <w:tc>
          <w:tcPr>
            <w:tcW w:w="1506" w:type="dxa"/>
            <w:vAlign w:val="center"/>
          </w:tcPr>
          <w:p w14:paraId="4232DC29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5"/>
              </w:rPr>
              <w:t>1</w:t>
            </w:r>
          </w:p>
        </w:tc>
        <w:tc>
          <w:tcPr>
            <w:tcW w:w="1506" w:type="dxa"/>
            <w:vAlign w:val="center"/>
          </w:tcPr>
          <w:p w14:paraId="3434E172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6BB99001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48D65C0A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6295D834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2994244D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3341568B" w14:textId="77777777" w:rsidR="00E6367E" w:rsidRDefault="00E6367E">
            <w:pPr>
              <w:spacing w:after="0"/>
            </w:pPr>
          </w:p>
        </w:tc>
      </w:tr>
      <w:tr w:rsidR="00E6367E" w14:paraId="31BF3E86" w14:textId="77777777">
        <w:trPr>
          <w:jc w:val="center"/>
        </w:trPr>
        <w:tc>
          <w:tcPr>
            <w:tcW w:w="1506" w:type="dxa"/>
            <w:vAlign w:val="center"/>
          </w:tcPr>
          <w:p w14:paraId="1BC087BC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5"/>
              </w:rPr>
              <w:t>2</w:t>
            </w:r>
          </w:p>
        </w:tc>
        <w:tc>
          <w:tcPr>
            <w:tcW w:w="1506" w:type="dxa"/>
            <w:vAlign w:val="center"/>
          </w:tcPr>
          <w:p w14:paraId="4423F8B6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3309278C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013F0001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68EFC72E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51B91EFB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45E65E5F" w14:textId="77777777" w:rsidR="00E6367E" w:rsidRDefault="00E6367E">
            <w:pPr>
              <w:spacing w:after="0"/>
            </w:pPr>
          </w:p>
        </w:tc>
      </w:tr>
      <w:tr w:rsidR="00E6367E" w14:paraId="360BB13D" w14:textId="77777777">
        <w:trPr>
          <w:jc w:val="center"/>
        </w:trPr>
        <w:tc>
          <w:tcPr>
            <w:tcW w:w="1506" w:type="dxa"/>
            <w:vAlign w:val="center"/>
          </w:tcPr>
          <w:p w14:paraId="10CE769F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5"/>
              </w:rPr>
              <w:t>3</w:t>
            </w:r>
          </w:p>
        </w:tc>
        <w:tc>
          <w:tcPr>
            <w:tcW w:w="1506" w:type="dxa"/>
            <w:vAlign w:val="center"/>
          </w:tcPr>
          <w:p w14:paraId="5BA9605E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0BE2CF3E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17352FE1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6E7A809C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6CA4D183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0A067D90" w14:textId="77777777" w:rsidR="00E6367E" w:rsidRDefault="00E6367E">
            <w:pPr>
              <w:spacing w:after="0"/>
            </w:pPr>
          </w:p>
        </w:tc>
      </w:tr>
      <w:tr w:rsidR="00E6367E" w14:paraId="0F5D0929" w14:textId="77777777">
        <w:trPr>
          <w:jc w:val="center"/>
        </w:trPr>
        <w:tc>
          <w:tcPr>
            <w:tcW w:w="1506" w:type="dxa"/>
            <w:vAlign w:val="center"/>
          </w:tcPr>
          <w:p w14:paraId="799B4647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5"/>
              </w:rPr>
              <w:t>4</w:t>
            </w:r>
          </w:p>
        </w:tc>
        <w:tc>
          <w:tcPr>
            <w:tcW w:w="1506" w:type="dxa"/>
            <w:vAlign w:val="center"/>
          </w:tcPr>
          <w:p w14:paraId="54E3F8D2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48CD60D6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0A08D5B3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0FFAF358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29563D1A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6C72E8E2" w14:textId="77777777" w:rsidR="00E6367E" w:rsidRDefault="00E6367E">
            <w:pPr>
              <w:spacing w:after="0"/>
            </w:pPr>
          </w:p>
        </w:tc>
      </w:tr>
      <w:tr w:rsidR="00E6367E" w14:paraId="6DE67C1F" w14:textId="77777777">
        <w:trPr>
          <w:jc w:val="center"/>
        </w:trPr>
        <w:tc>
          <w:tcPr>
            <w:tcW w:w="1506" w:type="dxa"/>
            <w:vAlign w:val="center"/>
          </w:tcPr>
          <w:p w14:paraId="7F352250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5"/>
              </w:rPr>
              <w:t>5</w:t>
            </w:r>
          </w:p>
        </w:tc>
        <w:tc>
          <w:tcPr>
            <w:tcW w:w="1506" w:type="dxa"/>
            <w:vAlign w:val="center"/>
          </w:tcPr>
          <w:p w14:paraId="34724EA6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20400C40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5422B3D6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525A089C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630929C7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7194A0B7" w14:textId="77777777" w:rsidR="00E6367E" w:rsidRDefault="00E6367E">
            <w:pPr>
              <w:spacing w:after="0"/>
            </w:pPr>
          </w:p>
        </w:tc>
      </w:tr>
      <w:tr w:rsidR="00E6367E" w14:paraId="1F792531" w14:textId="77777777">
        <w:trPr>
          <w:jc w:val="center"/>
        </w:trPr>
        <w:tc>
          <w:tcPr>
            <w:tcW w:w="1506" w:type="dxa"/>
            <w:vAlign w:val="center"/>
          </w:tcPr>
          <w:p w14:paraId="3E34A3D4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5"/>
              </w:rPr>
              <w:t>6</w:t>
            </w:r>
          </w:p>
        </w:tc>
        <w:tc>
          <w:tcPr>
            <w:tcW w:w="1506" w:type="dxa"/>
            <w:vAlign w:val="center"/>
          </w:tcPr>
          <w:p w14:paraId="047DCB85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68F55613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26F40FEA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7C1344E4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0A46EA93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5DA1B3BC" w14:textId="77777777" w:rsidR="00E6367E" w:rsidRDefault="00E6367E">
            <w:pPr>
              <w:spacing w:after="0"/>
            </w:pPr>
          </w:p>
        </w:tc>
      </w:tr>
      <w:tr w:rsidR="00E6367E" w14:paraId="36E8B48A" w14:textId="77777777">
        <w:trPr>
          <w:jc w:val="center"/>
        </w:trPr>
        <w:tc>
          <w:tcPr>
            <w:tcW w:w="1506" w:type="dxa"/>
            <w:vAlign w:val="center"/>
          </w:tcPr>
          <w:p w14:paraId="05947FE1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5"/>
              </w:rPr>
              <w:t>7</w:t>
            </w:r>
          </w:p>
        </w:tc>
        <w:tc>
          <w:tcPr>
            <w:tcW w:w="1506" w:type="dxa"/>
            <w:vAlign w:val="center"/>
          </w:tcPr>
          <w:p w14:paraId="2CFA7B42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20576660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53FF2AB8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7F16B75F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2585B23F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1513E299" w14:textId="77777777" w:rsidR="00E6367E" w:rsidRDefault="00E6367E">
            <w:pPr>
              <w:spacing w:after="0"/>
            </w:pPr>
          </w:p>
        </w:tc>
      </w:tr>
      <w:tr w:rsidR="00E6367E" w14:paraId="65E1F885" w14:textId="77777777">
        <w:trPr>
          <w:jc w:val="center"/>
        </w:trPr>
        <w:tc>
          <w:tcPr>
            <w:tcW w:w="1506" w:type="dxa"/>
            <w:vAlign w:val="center"/>
          </w:tcPr>
          <w:p w14:paraId="1862EB60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5"/>
              </w:rPr>
              <w:t>8</w:t>
            </w:r>
          </w:p>
        </w:tc>
        <w:tc>
          <w:tcPr>
            <w:tcW w:w="1506" w:type="dxa"/>
            <w:vAlign w:val="center"/>
          </w:tcPr>
          <w:p w14:paraId="25EC822A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7D4A5940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284EDDD8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74A16907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6F472F45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18ED6254" w14:textId="77777777" w:rsidR="00E6367E" w:rsidRDefault="00E6367E">
            <w:pPr>
              <w:spacing w:after="0"/>
            </w:pPr>
          </w:p>
        </w:tc>
      </w:tr>
      <w:tr w:rsidR="00E6367E" w14:paraId="32356BC6" w14:textId="77777777">
        <w:trPr>
          <w:jc w:val="center"/>
        </w:trPr>
        <w:tc>
          <w:tcPr>
            <w:tcW w:w="1506" w:type="dxa"/>
            <w:vAlign w:val="center"/>
          </w:tcPr>
          <w:p w14:paraId="2907F583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5"/>
              </w:rPr>
              <w:t>9</w:t>
            </w:r>
          </w:p>
        </w:tc>
        <w:tc>
          <w:tcPr>
            <w:tcW w:w="1506" w:type="dxa"/>
            <w:vAlign w:val="center"/>
          </w:tcPr>
          <w:p w14:paraId="31626B59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27BCF71F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1761262C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05022B86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3F4C565F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6E9A582B" w14:textId="77777777" w:rsidR="00E6367E" w:rsidRDefault="00E6367E">
            <w:pPr>
              <w:spacing w:after="0"/>
            </w:pPr>
          </w:p>
        </w:tc>
      </w:tr>
      <w:tr w:rsidR="00E6367E" w14:paraId="38B3855D" w14:textId="77777777">
        <w:trPr>
          <w:jc w:val="center"/>
        </w:trPr>
        <w:tc>
          <w:tcPr>
            <w:tcW w:w="1506" w:type="dxa"/>
            <w:vAlign w:val="center"/>
          </w:tcPr>
          <w:p w14:paraId="46745209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color w:val="000000"/>
                <w:sz w:val="15"/>
              </w:rPr>
              <w:t>10</w:t>
            </w:r>
          </w:p>
        </w:tc>
        <w:tc>
          <w:tcPr>
            <w:tcW w:w="1506" w:type="dxa"/>
            <w:vAlign w:val="center"/>
          </w:tcPr>
          <w:p w14:paraId="777C0B91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6CD4B3E2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3705C8D5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73F66439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4E6FDE89" w14:textId="77777777" w:rsidR="00E6367E" w:rsidRDefault="00E6367E">
            <w:pPr>
              <w:spacing w:after="0"/>
            </w:pPr>
          </w:p>
        </w:tc>
        <w:tc>
          <w:tcPr>
            <w:tcW w:w="1506" w:type="dxa"/>
            <w:vAlign w:val="center"/>
          </w:tcPr>
          <w:p w14:paraId="34B902F7" w14:textId="77777777" w:rsidR="00E6367E" w:rsidRDefault="00E6367E">
            <w:pPr>
              <w:spacing w:after="0"/>
            </w:pPr>
          </w:p>
        </w:tc>
      </w:tr>
    </w:tbl>
    <w:p w14:paraId="5A100D23" w14:textId="77777777" w:rsidR="00E6367E" w:rsidRDefault="00000000">
      <w:pPr>
        <w:spacing w:before="40" w:after="0"/>
      </w:pPr>
      <w:r>
        <w:rPr>
          <w:rFonts w:ascii="Arial" w:hAnsi="Arial"/>
        </w:rPr>
        <w:t>Formy: O – osobné stretnutie | ON – online | P – praktická odborná činnosť / pozorovanie | S – seminár / školenie | K – konzultácia</w:t>
      </w:r>
    </w:p>
    <w:p w14:paraId="34D4D514" w14:textId="77777777" w:rsidR="00E6367E" w:rsidRDefault="00000000">
      <w:r>
        <w:rPr>
          <w:rFonts w:ascii="Arial" w:hAnsi="Arial"/>
        </w:rPr>
        <w:br w:type="page"/>
      </w:r>
    </w:p>
    <w:p w14:paraId="62AB0FF8" w14:textId="77777777" w:rsidR="00E6367E" w:rsidRDefault="00000000">
      <w:pPr>
        <w:spacing w:before="100" w:after="80"/>
      </w:pPr>
      <w:r>
        <w:rPr>
          <w:rFonts w:ascii="Arial" w:hAnsi="Arial"/>
          <w:b/>
          <w:color w:val="1F4E79"/>
        </w:rPr>
        <w:lastRenderedPageBreak/>
        <w:t>4. Súhrnný prehľad za výkazové obdobie</w:t>
      </w: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2633"/>
        <w:gridCol w:w="2629"/>
        <w:gridCol w:w="2633"/>
        <w:gridCol w:w="2629"/>
      </w:tblGrid>
      <w:tr w:rsidR="00E6367E" w14:paraId="3569815B" w14:textId="77777777">
        <w:tc>
          <w:tcPr>
            <w:tcW w:w="2635" w:type="dxa"/>
            <w:shd w:val="clear" w:color="auto" w:fill="F2F2F2"/>
            <w:vAlign w:val="center"/>
          </w:tcPr>
          <w:p w14:paraId="57908611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Celkový počet mentoringových aktivít:</w:t>
            </w:r>
          </w:p>
        </w:tc>
        <w:tc>
          <w:tcPr>
            <w:tcW w:w="2635" w:type="dxa"/>
            <w:vAlign w:val="center"/>
          </w:tcPr>
          <w:p w14:paraId="5E74265F" w14:textId="77777777" w:rsidR="00E6367E" w:rsidRDefault="00E6367E">
            <w:pPr>
              <w:spacing w:after="0"/>
            </w:pPr>
          </w:p>
        </w:tc>
        <w:tc>
          <w:tcPr>
            <w:tcW w:w="2635" w:type="dxa"/>
            <w:shd w:val="clear" w:color="auto" w:fill="F2F2F2"/>
            <w:vAlign w:val="center"/>
          </w:tcPr>
          <w:p w14:paraId="28F0EF71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Celkový počet hodín:</w:t>
            </w:r>
          </w:p>
        </w:tc>
        <w:tc>
          <w:tcPr>
            <w:tcW w:w="2635" w:type="dxa"/>
            <w:vAlign w:val="center"/>
          </w:tcPr>
          <w:p w14:paraId="3E1E8F3A" w14:textId="77777777" w:rsidR="00E6367E" w:rsidRDefault="00E6367E">
            <w:pPr>
              <w:spacing w:after="0"/>
            </w:pPr>
          </w:p>
        </w:tc>
      </w:tr>
      <w:tr w:rsidR="00E6367E" w14:paraId="083AA769" w14:textId="77777777">
        <w:tc>
          <w:tcPr>
            <w:tcW w:w="2635" w:type="dxa"/>
            <w:shd w:val="clear" w:color="auto" w:fill="F2F2F2"/>
            <w:vAlign w:val="center"/>
          </w:tcPr>
          <w:p w14:paraId="2B945F5E" w14:textId="5DA72106" w:rsidR="00E6367E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7"/>
              </w:rPr>
              <w:t>Počet</w:t>
            </w:r>
            <w:proofErr w:type="spellEnd"/>
            <w:r>
              <w:rPr>
                <w:rFonts w:ascii="Arial" w:hAnsi="Arial"/>
                <w:b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000000"/>
                <w:sz w:val="17"/>
              </w:rPr>
              <w:t>mentorovaných</w:t>
            </w:r>
            <w:proofErr w:type="spellEnd"/>
            <w:r>
              <w:rPr>
                <w:rFonts w:ascii="Arial" w:hAnsi="Arial"/>
                <w:b/>
                <w:color w:val="000000"/>
                <w:sz w:val="17"/>
              </w:rPr>
              <w:t xml:space="preserve"> </w:t>
            </w:r>
            <w:proofErr w:type="spellStart"/>
            <w:r w:rsidR="00356FF1">
              <w:rPr>
                <w:rFonts w:ascii="Arial" w:hAnsi="Arial"/>
                <w:b/>
                <w:color w:val="000000"/>
                <w:sz w:val="17"/>
              </w:rPr>
              <w:t>športových</w:t>
            </w:r>
            <w:proofErr w:type="spellEnd"/>
            <w:r w:rsidR="00356FF1">
              <w:rPr>
                <w:rFonts w:ascii="Arial" w:hAnsi="Arial"/>
                <w:b/>
                <w:color w:val="000000"/>
                <w:sz w:val="17"/>
              </w:rPr>
              <w:t xml:space="preserve"> </w:t>
            </w:r>
            <w:proofErr w:type="spellStart"/>
            <w:r w:rsidR="00356FF1">
              <w:rPr>
                <w:rFonts w:ascii="Arial" w:hAnsi="Arial"/>
                <w:b/>
                <w:color w:val="000000"/>
                <w:sz w:val="17"/>
              </w:rPr>
              <w:t>odborníkov</w:t>
            </w:r>
            <w:proofErr w:type="spellEnd"/>
            <w:r>
              <w:rPr>
                <w:rFonts w:ascii="Arial" w:hAnsi="Arial"/>
                <w:b/>
                <w:color w:val="000000"/>
                <w:sz w:val="17"/>
              </w:rPr>
              <w:t>:</w:t>
            </w:r>
          </w:p>
        </w:tc>
        <w:tc>
          <w:tcPr>
            <w:tcW w:w="2635" w:type="dxa"/>
            <w:vAlign w:val="center"/>
          </w:tcPr>
          <w:p w14:paraId="761B74C8" w14:textId="77777777" w:rsidR="00E6367E" w:rsidRDefault="00E6367E">
            <w:pPr>
              <w:spacing w:after="0"/>
            </w:pPr>
          </w:p>
        </w:tc>
        <w:tc>
          <w:tcPr>
            <w:tcW w:w="2635" w:type="dxa"/>
            <w:shd w:val="clear" w:color="auto" w:fill="F2F2F2"/>
            <w:vAlign w:val="center"/>
          </w:tcPr>
          <w:p w14:paraId="165C227B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Z toho online aktivít:</w:t>
            </w:r>
          </w:p>
        </w:tc>
        <w:tc>
          <w:tcPr>
            <w:tcW w:w="2635" w:type="dxa"/>
            <w:vAlign w:val="center"/>
          </w:tcPr>
          <w:p w14:paraId="67A38BE4" w14:textId="77777777" w:rsidR="00E6367E" w:rsidRDefault="00E6367E">
            <w:pPr>
              <w:spacing w:after="0"/>
            </w:pPr>
          </w:p>
        </w:tc>
      </w:tr>
      <w:tr w:rsidR="00E6367E" w14:paraId="43FE18AF" w14:textId="77777777">
        <w:tc>
          <w:tcPr>
            <w:tcW w:w="2635" w:type="dxa"/>
            <w:shd w:val="clear" w:color="auto" w:fill="F2F2F2"/>
            <w:vAlign w:val="center"/>
          </w:tcPr>
          <w:p w14:paraId="4D352B1B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Počet praktických odborných aktivít:</w:t>
            </w:r>
          </w:p>
        </w:tc>
        <w:tc>
          <w:tcPr>
            <w:tcW w:w="2635" w:type="dxa"/>
            <w:vAlign w:val="center"/>
          </w:tcPr>
          <w:p w14:paraId="0BC37AFC" w14:textId="77777777" w:rsidR="00E6367E" w:rsidRDefault="00E6367E">
            <w:pPr>
              <w:spacing w:after="0"/>
            </w:pPr>
          </w:p>
        </w:tc>
        <w:tc>
          <w:tcPr>
            <w:tcW w:w="2635" w:type="dxa"/>
            <w:shd w:val="clear" w:color="auto" w:fill="F2F2F2"/>
            <w:vAlign w:val="center"/>
          </w:tcPr>
          <w:p w14:paraId="6551D6A8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Počet seminárov/školení:</w:t>
            </w:r>
          </w:p>
        </w:tc>
        <w:tc>
          <w:tcPr>
            <w:tcW w:w="2635" w:type="dxa"/>
            <w:vAlign w:val="center"/>
          </w:tcPr>
          <w:p w14:paraId="0FA4E551" w14:textId="77777777" w:rsidR="00E6367E" w:rsidRDefault="00E6367E">
            <w:pPr>
              <w:spacing w:after="0"/>
            </w:pPr>
          </w:p>
        </w:tc>
      </w:tr>
    </w:tbl>
    <w:p w14:paraId="0605DDA0" w14:textId="06CE5BB6" w:rsidR="00E6367E" w:rsidRDefault="00000000">
      <w:pPr>
        <w:spacing w:before="100" w:after="80"/>
      </w:pPr>
      <w:r>
        <w:rPr>
          <w:rFonts w:ascii="Arial" w:hAnsi="Arial"/>
          <w:b/>
          <w:color w:val="1F4E79"/>
        </w:rPr>
        <w:t xml:space="preserve">5. </w:t>
      </w:r>
      <w:proofErr w:type="spellStart"/>
      <w:r>
        <w:rPr>
          <w:rFonts w:ascii="Arial" w:hAnsi="Arial"/>
          <w:b/>
          <w:color w:val="1F4E79"/>
        </w:rPr>
        <w:t>Hodnotenie</w:t>
      </w:r>
      <w:proofErr w:type="spellEnd"/>
      <w:r>
        <w:rPr>
          <w:rFonts w:ascii="Arial" w:hAnsi="Arial"/>
          <w:b/>
          <w:color w:val="1F4E79"/>
        </w:rPr>
        <w:t xml:space="preserve"> </w:t>
      </w:r>
      <w:proofErr w:type="spellStart"/>
      <w:r>
        <w:rPr>
          <w:rFonts w:ascii="Arial" w:hAnsi="Arial"/>
          <w:b/>
          <w:color w:val="1F4E79"/>
        </w:rPr>
        <w:t>odborného</w:t>
      </w:r>
      <w:proofErr w:type="spellEnd"/>
      <w:r>
        <w:rPr>
          <w:rFonts w:ascii="Arial" w:hAnsi="Arial"/>
          <w:b/>
          <w:color w:val="1F4E79"/>
        </w:rPr>
        <w:t xml:space="preserve"> </w:t>
      </w:r>
      <w:proofErr w:type="spellStart"/>
      <w:r>
        <w:rPr>
          <w:rFonts w:ascii="Arial" w:hAnsi="Arial"/>
          <w:b/>
          <w:color w:val="1F4E79"/>
        </w:rPr>
        <w:t>rozvoja</w:t>
      </w:r>
      <w:proofErr w:type="spellEnd"/>
      <w:r>
        <w:rPr>
          <w:rFonts w:ascii="Arial" w:hAnsi="Arial"/>
          <w:b/>
          <w:color w:val="1F4E79"/>
        </w:rPr>
        <w:t xml:space="preserve"> </w:t>
      </w:r>
      <w:proofErr w:type="spellStart"/>
      <w:r>
        <w:rPr>
          <w:rFonts w:ascii="Arial" w:hAnsi="Arial"/>
          <w:b/>
          <w:color w:val="1F4E79"/>
        </w:rPr>
        <w:t>mentorovaných</w:t>
      </w:r>
      <w:proofErr w:type="spellEnd"/>
      <w:r>
        <w:rPr>
          <w:rFonts w:ascii="Arial" w:hAnsi="Arial"/>
          <w:b/>
          <w:color w:val="1F4E79"/>
        </w:rPr>
        <w:t xml:space="preserve"> </w:t>
      </w:r>
      <w:proofErr w:type="spellStart"/>
      <w:r w:rsidR="00356FF1">
        <w:rPr>
          <w:rFonts w:ascii="Arial" w:hAnsi="Arial"/>
          <w:b/>
          <w:color w:val="1F4E79"/>
        </w:rPr>
        <w:t>športových</w:t>
      </w:r>
      <w:proofErr w:type="spellEnd"/>
      <w:r w:rsidR="00356FF1">
        <w:rPr>
          <w:rFonts w:ascii="Arial" w:hAnsi="Arial"/>
          <w:b/>
          <w:color w:val="1F4E79"/>
        </w:rPr>
        <w:t xml:space="preserve"> </w:t>
      </w:r>
      <w:proofErr w:type="spellStart"/>
      <w:r w:rsidR="00356FF1">
        <w:rPr>
          <w:rFonts w:ascii="Arial" w:hAnsi="Arial"/>
          <w:b/>
          <w:color w:val="1F4E79"/>
        </w:rPr>
        <w:t>odborníkov</w:t>
      </w:r>
      <w:proofErr w:type="spellEnd"/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314"/>
        <w:gridCol w:w="1316"/>
        <w:gridCol w:w="1315"/>
        <w:gridCol w:w="1316"/>
        <w:gridCol w:w="1316"/>
        <w:gridCol w:w="1316"/>
        <w:gridCol w:w="1315"/>
        <w:gridCol w:w="1316"/>
      </w:tblGrid>
      <w:tr w:rsidR="00E6367E" w14:paraId="006D8ED5" w14:textId="77777777">
        <w:tc>
          <w:tcPr>
            <w:tcW w:w="1317" w:type="dxa"/>
            <w:shd w:val="clear" w:color="auto" w:fill="D9EAF7"/>
            <w:vAlign w:val="center"/>
          </w:tcPr>
          <w:p w14:paraId="2A13F3C1" w14:textId="533F2716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4"/>
              </w:rPr>
              <w:t xml:space="preserve">Meno </w:t>
            </w:r>
            <w:r w:rsidR="00356FF1">
              <w:rPr>
                <w:rFonts w:ascii="Arial" w:hAnsi="Arial"/>
                <w:b/>
                <w:color w:val="1F4E79"/>
                <w:sz w:val="14"/>
              </w:rPr>
              <w:t>ŠO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5A7B0888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4"/>
              </w:rPr>
              <w:t>Odborné vedomosti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3D0325F1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4"/>
              </w:rPr>
              <w:t>Praktická činnosť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3CD374E7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4"/>
              </w:rPr>
              <w:t>Príprava / plánovanie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1738A068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4"/>
              </w:rPr>
              <w:t>Komunikácia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726E6B21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4"/>
              </w:rPr>
              <w:t>Samostatnosť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1110B76B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4"/>
              </w:rPr>
              <w:t>Reflexia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49594309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4"/>
              </w:rPr>
              <w:t>Celkové hodnotenie</w:t>
            </w:r>
          </w:p>
        </w:tc>
      </w:tr>
      <w:tr w:rsidR="00E6367E" w14:paraId="720B2663" w14:textId="77777777">
        <w:tc>
          <w:tcPr>
            <w:tcW w:w="1317" w:type="dxa"/>
            <w:vAlign w:val="center"/>
          </w:tcPr>
          <w:p w14:paraId="060D3DB3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4504B7F9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6112966C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21218FFE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1F9DC630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02C8DAC9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6E7DFF19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72B0571F" w14:textId="77777777" w:rsidR="00E6367E" w:rsidRDefault="00E6367E">
            <w:pPr>
              <w:spacing w:after="0"/>
            </w:pPr>
          </w:p>
        </w:tc>
      </w:tr>
      <w:tr w:rsidR="00E6367E" w14:paraId="4DE3140F" w14:textId="77777777">
        <w:tc>
          <w:tcPr>
            <w:tcW w:w="1317" w:type="dxa"/>
            <w:vAlign w:val="center"/>
          </w:tcPr>
          <w:p w14:paraId="30CC93FC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3355F34E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0363B921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23C1C689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5BEA3B4D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43F1E864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326D21FD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1FBDC2B3" w14:textId="77777777" w:rsidR="00E6367E" w:rsidRDefault="00E6367E">
            <w:pPr>
              <w:spacing w:after="0"/>
            </w:pPr>
          </w:p>
        </w:tc>
      </w:tr>
      <w:tr w:rsidR="00E6367E" w14:paraId="2CA4A3BF" w14:textId="77777777">
        <w:tc>
          <w:tcPr>
            <w:tcW w:w="1317" w:type="dxa"/>
            <w:vAlign w:val="center"/>
          </w:tcPr>
          <w:p w14:paraId="1B8564C9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6778249F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0721CB0C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36773253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15D25F04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4293CD28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3B3253EB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14CA36CA" w14:textId="77777777" w:rsidR="00E6367E" w:rsidRDefault="00E6367E">
            <w:pPr>
              <w:spacing w:after="0"/>
            </w:pPr>
          </w:p>
        </w:tc>
      </w:tr>
      <w:tr w:rsidR="00E6367E" w14:paraId="682FFFDE" w14:textId="77777777">
        <w:tc>
          <w:tcPr>
            <w:tcW w:w="1317" w:type="dxa"/>
            <w:vAlign w:val="center"/>
          </w:tcPr>
          <w:p w14:paraId="432AB15A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57E290CD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29D9F0C6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28F6AFC7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1AC22296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24B59E4C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6686A039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55BDAA02" w14:textId="77777777" w:rsidR="00E6367E" w:rsidRDefault="00E6367E">
            <w:pPr>
              <w:spacing w:after="0"/>
            </w:pPr>
          </w:p>
        </w:tc>
      </w:tr>
      <w:tr w:rsidR="00E6367E" w14:paraId="46E5B388" w14:textId="77777777">
        <w:tc>
          <w:tcPr>
            <w:tcW w:w="1317" w:type="dxa"/>
            <w:vAlign w:val="center"/>
          </w:tcPr>
          <w:p w14:paraId="1477CC21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52DED7B8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4A067D7E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760927D5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584A0725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2B00FE85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6030F341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50F0F4A1" w14:textId="77777777" w:rsidR="00E6367E" w:rsidRDefault="00E6367E">
            <w:pPr>
              <w:spacing w:after="0"/>
            </w:pPr>
          </w:p>
        </w:tc>
      </w:tr>
      <w:tr w:rsidR="00E6367E" w14:paraId="06D58E3D" w14:textId="77777777">
        <w:tc>
          <w:tcPr>
            <w:tcW w:w="1317" w:type="dxa"/>
            <w:vAlign w:val="center"/>
          </w:tcPr>
          <w:p w14:paraId="75254996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3284EFE3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30F39CA0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0CCC72B5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1A592F4C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6A782A28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1EF63F89" w14:textId="77777777" w:rsidR="00E6367E" w:rsidRDefault="00E6367E">
            <w:pPr>
              <w:spacing w:after="0"/>
            </w:pPr>
          </w:p>
        </w:tc>
        <w:tc>
          <w:tcPr>
            <w:tcW w:w="1317" w:type="dxa"/>
            <w:vAlign w:val="center"/>
          </w:tcPr>
          <w:p w14:paraId="67F04009" w14:textId="77777777" w:rsidR="00E6367E" w:rsidRDefault="00E6367E">
            <w:pPr>
              <w:spacing w:after="0"/>
            </w:pPr>
          </w:p>
        </w:tc>
      </w:tr>
    </w:tbl>
    <w:p w14:paraId="49BE5C07" w14:textId="77777777" w:rsidR="00E6367E" w:rsidRDefault="00000000">
      <w:pPr>
        <w:spacing w:after="60"/>
      </w:pPr>
      <w:r>
        <w:rPr>
          <w:rFonts w:ascii="Arial" w:hAnsi="Arial"/>
          <w:i/>
          <w:sz w:val="15"/>
        </w:rPr>
        <w:t>Hodnotenie: 1 – výrazný pokrok | 2 – mierny pokrok | 3 – bez zmeny | 4 – potrebuje zvýšenú podporu | 5 – nie je možné hodnotiť</w:t>
      </w:r>
    </w:p>
    <w:p w14:paraId="26DD5648" w14:textId="77777777" w:rsidR="00E6367E" w:rsidRDefault="00000000">
      <w:pPr>
        <w:spacing w:before="100" w:after="80"/>
      </w:pPr>
      <w:r>
        <w:rPr>
          <w:rFonts w:ascii="Arial" w:hAnsi="Arial"/>
          <w:b/>
          <w:color w:val="1F4E79"/>
        </w:rPr>
        <w:t>6. Kľúčové oblasti mentoringu a dosiahnuté výstupy</w:t>
      </w: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0524"/>
      </w:tblGrid>
      <w:tr w:rsidR="00E6367E" w14:paraId="06D81823" w14:textId="77777777">
        <w:tc>
          <w:tcPr>
            <w:tcW w:w="10540" w:type="dxa"/>
            <w:shd w:val="clear" w:color="auto" w:fill="F2F2F2"/>
            <w:vAlign w:val="center"/>
          </w:tcPr>
          <w:p w14:paraId="1443C48D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Hlavné odborné témy / obsah mentoringu:</w:t>
            </w:r>
          </w:p>
        </w:tc>
      </w:tr>
      <w:tr w:rsidR="00E6367E" w14:paraId="6D15BDE4" w14:textId="77777777">
        <w:tc>
          <w:tcPr>
            <w:tcW w:w="10540" w:type="dxa"/>
            <w:vAlign w:val="center"/>
          </w:tcPr>
          <w:p w14:paraId="2B22B20F" w14:textId="77777777" w:rsidR="00E6367E" w:rsidRDefault="00E6367E">
            <w:pPr>
              <w:spacing w:after="0"/>
            </w:pPr>
          </w:p>
        </w:tc>
      </w:tr>
      <w:tr w:rsidR="00E6367E" w14:paraId="2F80BBD9" w14:textId="77777777">
        <w:tc>
          <w:tcPr>
            <w:tcW w:w="10540" w:type="dxa"/>
            <w:vAlign w:val="center"/>
          </w:tcPr>
          <w:p w14:paraId="7622C8DD" w14:textId="77777777" w:rsidR="00E6367E" w:rsidRDefault="00E6367E">
            <w:pPr>
              <w:spacing w:after="0"/>
            </w:pPr>
          </w:p>
        </w:tc>
      </w:tr>
      <w:tr w:rsidR="00E6367E" w14:paraId="11B1D16B" w14:textId="77777777">
        <w:tc>
          <w:tcPr>
            <w:tcW w:w="10540" w:type="dxa"/>
            <w:vAlign w:val="center"/>
          </w:tcPr>
          <w:p w14:paraId="78B34D85" w14:textId="77777777" w:rsidR="00E6367E" w:rsidRDefault="00E6367E">
            <w:pPr>
              <w:spacing w:after="0"/>
            </w:pPr>
          </w:p>
        </w:tc>
      </w:tr>
    </w:tbl>
    <w:p w14:paraId="6DBBB123" w14:textId="77777777" w:rsidR="00E6367E" w:rsidRDefault="00E6367E">
      <w:pPr>
        <w:spacing w:after="0"/>
      </w:pP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0524"/>
      </w:tblGrid>
      <w:tr w:rsidR="00E6367E" w14:paraId="6D353D61" w14:textId="77777777">
        <w:tc>
          <w:tcPr>
            <w:tcW w:w="10540" w:type="dxa"/>
            <w:shd w:val="clear" w:color="auto" w:fill="F2F2F2"/>
            <w:vAlign w:val="center"/>
          </w:tcPr>
          <w:p w14:paraId="54877F8E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Konkrétne dosiahnuté výstupy a zlepšenia:</w:t>
            </w:r>
          </w:p>
        </w:tc>
      </w:tr>
      <w:tr w:rsidR="00E6367E" w14:paraId="18A3DDBC" w14:textId="77777777">
        <w:tc>
          <w:tcPr>
            <w:tcW w:w="10540" w:type="dxa"/>
            <w:vAlign w:val="center"/>
          </w:tcPr>
          <w:p w14:paraId="2E80A76D" w14:textId="77777777" w:rsidR="00E6367E" w:rsidRDefault="00E6367E">
            <w:pPr>
              <w:spacing w:after="0"/>
            </w:pPr>
          </w:p>
        </w:tc>
      </w:tr>
      <w:tr w:rsidR="00E6367E" w14:paraId="4469F200" w14:textId="77777777">
        <w:tc>
          <w:tcPr>
            <w:tcW w:w="10540" w:type="dxa"/>
            <w:vAlign w:val="center"/>
          </w:tcPr>
          <w:p w14:paraId="617E46AB" w14:textId="77777777" w:rsidR="00E6367E" w:rsidRDefault="00E6367E">
            <w:pPr>
              <w:spacing w:after="0"/>
            </w:pPr>
          </w:p>
        </w:tc>
      </w:tr>
      <w:tr w:rsidR="00E6367E" w14:paraId="54A1B85F" w14:textId="77777777">
        <w:tc>
          <w:tcPr>
            <w:tcW w:w="10540" w:type="dxa"/>
            <w:vAlign w:val="center"/>
          </w:tcPr>
          <w:p w14:paraId="2F75C8B6" w14:textId="77777777" w:rsidR="00E6367E" w:rsidRDefault="00E6367E">
            <w:pPr>
              <w:spacing w:after="0"/>
            </w:pPr>
          </w:p>
        </w:tc>
      </w:tr>
    </w:tbl>
    <w:p w14:paraId="5B2AEE93" w14:textId="77777777" w:rsidR="00E6367E" w:rsidRDefault="00E6367E">
      <w:pPr>
        <w:spacing w:after="0"/>
      </w:pP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0524"/>
      </w:tblGrid>
      <w:tr w:rsidR="00E6367E" w14:paraId="7E7B6135" w14:textId="77777777">
        <w:tc>
          <w:tcPr>
            <w:tcW w:w="10540" w:type="dxa"/>
            <w:shd w:val="clear" w:color="auto" w:fill="F2F2F2"/>
            <w:vAlign w:val="center"/>
          </w:tcPr>
          <w:p w14:paraId="190F63FB" w14:textId="004064F6" w:rsidR="00E6367E" w:rsidRDefault="00000000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000000"/>
                <w:sz w:val="17"/>
              </w:rPr>
              <w:t>Odporúčania</w:t>
            </w:r>
            <w:proofErr w:type="spellEnd"/>
            <w:r>
              <w:rPr>
                <w:rFonts w:ascii="Arial" w:hAnsi="Arial"/>
                <w:b/>
                <w:color w:val="000000"/>
                <w:sz w:val="17"/>
              </w:rPr>
              <w:t xml:space="preserve"> pre </w:t>
            </w:r>
            <w:proofErr w:type="spellStart"/>
            <w:r>
              <w:rPr>
                <w:rFonts w:ascii="Arial" w:hAnsi="Arial"/>
                <w:b/>
                <w:color w:val="000000"/>
                <w:sz w:val="17"/>
              </w:rPr>
              <w:t>ďalší</w:t>
            </w:r>
            <w:proofErr w:type="spellEnd"/>
            <w:r>
              <w:rPr>
                <w:rFonts w:ascii="Arial" w:hAnsi="Arial"/>
                <w:b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000000"/>
                <w:sz w:val="17"/>
              </w:rPr>
              <w:t>odborný</w:t>
            </w:r>
            <w:proofErr w:type="spellEnd"/>
            <w:r>
              <w:rPr>
                <w:rFonts w:ascii="Arial" w:hAnsi="Arial"/>
                <w:b/>
                <w:color w:val="000000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000000"/>
                <w:sz w:val="17"/>
              </w:rPr>
              <w:t>rozvoj</w:t>
            </w:r>
            <w:proofErr w:type="spellEnd"/>
            <w:r>
              <w:rPr>
                <w:rFonts w:ascii="Arial" w:hAnsi="Arial"/>
                <w:b/>
                <w:color w:val="000000"/>
                <w:sz w:val="17"/>
              </w:rPr>
              <w:t xml:space="preserve"> </w:t>
            </w:r>
            <w:proofErr w:type="spellStart"/>
            <w:r w:rsidR="00356FF1">
              <w:rPr>
                <w:rFonts w:ascii="Arial" w:hAnsi="Arial"/>
                <w:b/>
                <w:color w:val="000000"/>
                <w:sz w:val="17"/>
              </w:rPr>
              <w:t>športových</w:t>
            </w:r>
            <w:proofErr w:type="spellEnd"/>
            <w:r w:rsidR="00356FF1">
              <w:rPr>
                <w:rFonts w:ascii="Arial" w:hAnsi="Arial"/>
                <w:b/>
                <w:color w:val="000000"/>
                <w:sz w:val="17"/>
              </w:rPr>
              <w:t xml:space="preserve"> </w:t>
            </w:r>
            <w:proofErr w:type="spellStart"/>
            <w:r w:rsidR="00356FF1">
              <w:rPr>
                <w:rFonts w:ascii="Arial" w:hAnsi="Arial"/>
                <w:b/>
                <w:color w:val="000000"/>
                <w:sz w:val="17"/>
              </w:rPr>
              <w:t>odborníkov</w:t>
            </w:r>
            <w:proofErr w:type="spellEnd"/>
            <w:r>
              <w:rPr>
                <w:rFonts w:ascii="Arial" w:hAnsi="Arial"/>
                <w:b/>
                <w:color w:val="000000"/>
                <w:sz w:val="17"/>
              </w:rPr>
              <w:t>:</w:t>
            </w:r>
          </w:p>
        </w:tc>
      </w:tr>
      <w:tr w:rsidR="00E6367E" w14:paraId="5069A25B" w14:textId="77777777">
        <w:tc>
          <w:tcPr>
            <w:tcW w:w="10540" w:type="dxa"/>
            <w:vAlign w:val="center"/>
          </w:tcPr>
          <w:p w14:paraId="5E4D23F7" w14:textId="77777777" w:rsidR="00E6367E" w:rsidRDefault="00E6367E">
            <w:pPr>
              <w:spacing w:after="0"/>
            </w:pPr>
          </w:p>
        </w:tc>
      </w:tr>
      <w:tr w:rsidR="00E6367E" w14:paraId="60F41963" w14:textId="77777777">
        <w:tc>
          <w:tcPr>
            <w:tcW w:w="10540" w:type="dxa"/>
            <w:vAlign w:val="center"/>
          </w:tcPr>
          <w:p w14:paraId="7F865EE9" w14:textId="77777777" w:rsidR="00E6367E" w:rsidRDefault="00E6367E">
            <w:pPr>
              <w:spacing w:after="0"/>
            </w:pPr>
          </w:p>
        </w:tc>
      </w:tr>
      <w:tr w:rsidR="00E6367E" w14:paraId="102B03AA" w14:textId="77777777">
        <w:tc>
          <w:tcPr>
            <w:tcW w:w="10540" w:type="dxa"/>
            <w:vAlign w:val="center"/>
          </w:tcPr>
          <w:p w14:paraId="0F7ED7D7" w14:textId="77777777" w:rsidR="00E6367E" w:rsidRDefault="00E6367E">
            <w:pPr>
              <w:spacing w:after="0"/>
            </w:pPr>
          </w:p>
        </w:tc>
      </w:tr>
    </w:tbl>
    <w:p w14:paraId="5D3838D8" w14:textId="77777777" w:rsidR="00E6367E" w:rsidRDefault="00E6367E">
      <w:pPr>
        <w:spacing w:after="0"/>
      </w:pPr>
    </w:p>
    <w:p w14:paraId="50E99720" w14:textId="77777777" w:rsidR="00E6367E" w:rsidRDefault="00000000">
      <w:pPr>
        <w:spacing w:before="100" w:after="80"/>
      </w:pPr>
      <w:r>
        <w:rPr>
          <w:rFonts w:ascii="Arial" w:hAnsi="Arial"/>
          <w:b/>
          <w:color w:val="1F4E79"/>
        </w:rPr>
        <w:t>7. Podklady a prílohy</w:t>
      </w: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10524"/>
      </w:tblGrid>
      <w:tr w:rsidR="00E6367E" w14:paraId="35B9D1F4" w14:textId="77777777">
        <w:tc>
          <w:tcPr>
            <w:tcW w:w="10540" w:type="dxa"/>
            <w:shd w:val="clear" w:color="auto" w:fill="F2F2F2"/>
            <w:vAlign w:val="center"/>
          </w:tcPr>
          <w:p w14:paraId="2C578C9B" w14:textId="77777777" w:rsidR="00E6367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7"/>
              </w:rPr>
              <w:t>Priložené podklady:</w:t>
            </w:r>
          </w:p>
        </w:tc>
      </w:tr>
      <w:tr w:rsidR="00E6367E" w14:paraId="1C9F76C6" w14:textId="77777777">
        <w:tc>
          <w:tcPr>
            <w:tcW w:w="10540" w:type="dxa"/>
            <w:vAlign w:val="center"/>
          </w:tcPr>
          <w:p w14:paraId="34B84799" w14:textId="77777777" w:rsidR="00E6367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☐ prezenčné listiny / screenshoty   ☐ fotodokumentácia   ☐ odborné / metodické materiály   ☐ iné: ____________________</w:t>
            </w:r>
          </w:p>
        </w:tc>
      </w:tr>
    </w:tbl>
    <w:p w14:paraId="2C9C5AA1" w14:textId="77777777" w:rsidR="00E6367E" w:rsidRDefault="00000000">
      <w:pPr>
        <w:spacing w:before="100" w:after="80"/>
      </w:pPr>
      <w:r>
        <w:rPr>
          <w:rFonts w:ascii="Arial" w:hAnsi="Arial"/>
          <w:b/>
          <w:color w:val="1F4E79"/>
        </w:rPr>
        <w:t>8. Potvrdenie</w:t>
      </w:r>
    </w:p>
    <w:tbl>
      <w:tblPr>
        <w:tblW w:w="0" w:type="auto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ook w:val="04A0" w:firstRow="1" w:lastRow="0" w:firstColumn="1" w:lastColumn="0" w:noHBand="0" w:noVBand="1"/>
      </w:tblPr>
      <w:tblGrid>
        <w:gridCol w:w="3509"/>
        <w:gridCol w:w="3507"/>
        <w:gridCol w:w="3508"/>
      </w:tblGrid>
      <w:tr w:rsidR="00E6367E" w14:paraId="229F6284" w14:textId="77777777">
        <w:tc>
          <w:tcPr>
            <w:tcW w:w="3513" w:type="dxa"/>
            <w:shd w:val="clear" w:color="auto" w:fill="D9EAF7"/>
            <w:vAlign w:val="center"/>
          </w:tcPr>
          <w:p w14:paraId="054D9E05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6"/>
              </w:rPr>
              <w:t>Dátum vypracovania</w:t>
            </w:r>
          </w:p>
        </w:tc>
        <w:tc>
          <w:tcPr>
            <w:tcW w:w="3513" w:type="dxa"/>
            <w:shd w:val="clear" w:color="auto" w:fill="D9EAF7"/>
            <w:vAlign w:val="center"/>
          </w:tcPr>
          <w:p w14:paraId="0DB3DCE4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6"/>
              </w:rPr>
              <w:t>Podpis mentora</w:t>
            </w:r>
          </w:p>
        </w:tc>
        <w:tc>
          <w:tcPr>
            <w:tcW w:w="3513" w:type="dxa"/>
            <w:shd w:val="clear" w:color="auto" w:fill="D9EAF7"/>
            <w:vAlign w:val="center"/>
          </w:tcPr>
          <w:p w14:paraId="482DDDB6" w14:textId="77777777" w:rsidR="00E6367E" w:rsidRDefault="00000000">
            <w:pPr>
              <w:spacing w:after="0"/>
              <w:jc w:val="center"/>
            </w:pPr>
            <w:r>
              <w:rPr>
                <w:rFonts w:ascii="Arial" w:hAnsi="Arial"/>
                <w:b/>
                <w:color w:val="1F4E79"/>
                <w:sz w:val="16"/>
              </w:rPr>
              <w:t>Podpis koordinátora / zodpovednej osoby</w:t>
            </w:r>
          </w:p>
        </w:tc>
      </w:tr>
      <w:tr w:rsidR="00E6367E" w14:paraId="5ECB37FB" w14:textId="77777777">
        <w:tc>
          <w:tcPr>
            <w:tcW w:w="3513" w:type="dxa"/>
            <w:vAlign w:val="center"/>
          </w:tcPr>
          <w:p w14:paraId="57931BCC" w14:textId="77777777" w:rsidR="00E6367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br/>
            </w:r>
            <w:r>
              <w:rPr>
                <w:rFonts w:ascii="Arial" w:hAnsi="Arial"/>
                <w:color w:val="000000"/>
                <w:sz w:val="16"/>
              </w:rPr>
              <w:br/>
            </w:r>
          </w:p>
        </w:tc>
        <w:tc>
          <w:tcPr>
            <w:tcW w:w="3513" w:type="dxa"/>
            <w:vAlign w:val="center"/>
          </w:tcPr>
          <w:p w14:paraId="419E43A4" w14:textId="77777777" w:rsidR="00E6367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br/>
            </w:r>
            <w:r>
              <w:rPr>
                <w:rFonts w:ascii="Arial" w:hAnsi="Arial"/>
                <w:color w:val="000000"/>
                <w:sz w:val="16"/>
              </w:rPr>
              <w:br/>
            </w:r>
          </w:p>
        </w:tc>
        <w:tc>
          <w:tcPr>
            <w:tcW w:w="3513" w:type="dxa"/>
            <w:vAlign w:val="center"/>
          </w:tcPr>
          <w:p w14:paraId="6F95BEF2" w14:textId="77777777" w:rsidR="00E6367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br/>
            </w:r>
            <w:r>
              <w:rPr>
                <w:rFonts w:ascii="Arial" w:hAnsi="Arial"/>
                <w:color w:val="000000"/>
                <w:sz w:val="16"/>
              </w:rPr>
              <w:br/>
            </w:r>
          </w:p>
        </w:tc>
      </w:tr>
    </w:tbl>
    <w:p w14:paraId="4366587B" w14:textId="1B86935B" w:rsidR="00CE2441" w:rsidRDefault="00CE2441" w:rsidP="00CE2441"/>
    <w:p w14:paraId="7E5A12A8" w14:textId="77777777" w:rsidR="00E6367E" w:rsidRDefault="00000000">
      <w:pPr>
        <w:spacing w:before="100" w:after="80"/>
      </w:pPr>
      <w:r>
        <w:rPr>
          <w:rFonts w:ascii="Arial" w:hAnsi="Arial"/>
          <w:b/>
          <w:color w:val="1F4E79"/>
        </w:rPr>
        <w:lastRenderedPageBreak/>
        <w:t>POKYNY K VYPĹŇANIU VÝKAZU</w:t>
      </w:r>
    </w:p>
    <w:p w14:paraId="4E4869B2" w14:textId="5E6D1557" w:rsidR="004426FF" w:rsidRPr="004426FF" w:rsidRDefault="004426FF">
      <w:pPr>
        <w:spacing w:after="100"/>
        <w:rPr>
          <w:rFonts w:ascii="Arial" w:hAnsi="Arial"/>
          <w:bCs/>
          <w:sz w:val="18"/>
        </w:rPr>
      </w:pPr>
      <w:r w:rsidRPr="00CE2441">
        <w:rPr>
          <w:rFonts w:ascii="Arial" w:hAnsi="Arial"/>
          <w:b/>
          <w:bCs/>
          <w:color w:val="548DD4" w:themeColor="text2" w:themeTint="99"/>
        </w:rPr>
        <w:t xml:space="preserve">Mentor </w:t>
      </w:r>
      <w:r>
        <w:rPr>
          <w:rFonts w:ascii="Arial" w:hAnsi="Arial"/>
        </w:rPr>
        <w:t>– skúsený športový odborník, ktorý odborne vedie, usmerňuje a podporuje rozvoj iného športového odborníka. Môže ísť napríklad o trénera, kouča, rozhodcu, matrikára, funkcionára alebo iného odborníka pôsobiaceho v športe.</w:t>
      </w:r>
    </w:p>
    <w:p w14:paraId="608AAC98" w14:textId="6BE5144B" w:rsidR="00E6367E" w:rsidRDefault="00000000">
      <w:pPr>
        <w:spacing w:after="100"/>
      </w:pPr>
      <w:r w:rsidRPr="00CE2441">
        <w:rPr>
          <w:rFonts w:ascii="Arial" w:hAnsi="Arial"/>
          <w:b/>
          <w:bCs/>
          <w:color w:val="548DD4" w:themeColor="text2" w:themeTint="99"/>
        </w:rPr>
        <w:t>Obsah mentoringu:</w:t>
      </w:r>
      <w:r w:rsidRPr="00CE2441">
        <w:rPr>
          <w:rFonts w:ascii="Arial" w:hAnsi="Arial"/>
          <w:color w:val="548DD4" w:themeColor="text2" w:themeTint="99"/>
        </w:rPr>
        <w:t xml:space="preserve"> </w:t>
      </w:r>
      <w:r>
        <w:rPr>
          <w:rFonts w:ascii="Arial" w:hAnsi="Arial"/>
        </w:rPr>
        <w:t>Stručne uviesť odborné oblasti podľa zamerania mentorovaného športového odborníka – napr. metodika a vedenie tréningového procesu, koučovanie na súťažiach, pravidlá a rozhodovanie, administratíva a matrika, organizácia súťaží a podujatí, práca s informačnými systémami, komunikácia, bezpečnosť, riadenie športovej činnosti alebo iné odborné témy.</w:t>
      </w:r>
    </w:p>
    <w:p w14:paraId="430C1CE8" w14:textId="69E058F2" w:rsidR="00E6367E" w:rsidRDefault="00000000">
      <w:pPr>
        <w:spacing w:after="100"/>
      </w:pPr>
      <w:r w:rsidRPr="00CE2441">
        <w:rPr>
          <w:rFonts w:ascii="Arial" w:hAnsi="Arial"/>
          <w:b/>
          <w:bCs/>
          <w:color w:val="548DD4" w:themeColor="text2" w:themeTint="99"/>
        </w:rPr>
        <w:t>Priebeh spolupráce:</w:t>
      </w:r>
      <w:r w:rsidRPr="00CE2441">
        <w:rPr>
          <w:rFonts w:ascii="Arial" w:hAnsi="Arial"/>
          <w:color w:val="548DD4" w:themeColor="text2" w:themeTint="99"/>
        </w:rPr>
        <w:t xml:space="preserve"> </w:t>
      </w:r>
      <w:r>
        <w:rPr>
          <w:rFonts w:ascii="Arial" w:hAnsi="Arial"/>
        </w:rPr>
        <w:t>Uviesť spôsob a frekvenciu spolupráce mentora s mentorovaným športovým odborníkom, formu stretnutí, pozorovanie alebo praktické vykonávanie odbornej činnosti, konzultácie, spätnú väzbu, priebežnú komunikáciu a zapojenie mentorovaného do praktických činností.</w:t>
      </w:r>
    </w:p>
    <w:p w14:paraId="42BDDA61" w14:textId="77777777" w:rsidR="00E6367E" w:rsidRDefault="00000000">
      <w:pPr>
        <w:spacing w:after="100"/>
      </w:pPr>
      <w:r w:rsidRPr="00CE2441">
        <w:rPr>
          <w:rFonts w:ascii="Arial" w:hAnsi="Arial"/>
          <w:b/>
          <w:bCs/>
          <w:color w:val="548DD4" w:themeColor="text2" w:themeTint="99"/>
        </w:rPr>
        <w:t>Hodnotenie odborného rozvoja:</w:t>
      </w:r>
      <w:r w:rsidRPr="00CE2441">
        <w:rPr>
          <w:rFonts w:ascii="Arial" w:hAnsi="Arial"/>
          <w:color w:val="548DD4" w:themeColor="text2" w:themeTint="99"/>
        </w:rPr>
        <w:t xml:space="preserve"> </w:t>
      </w:r>
      <w:r>
        <w:rPr>
          <w:rFonts w:ascii="Arial" w:hAnsi="Arial"/>
        </w:rPr>
        <w:t>Hodnotiť najmä odborné vedomosti, praktické vykonávanie príslušnej činnosti, prípravu a plánovanie, komunikáciu, samostatnosť, dodržiavanie pravidiel a postupov a schopnosť reflexie vlastnej práce.</w:t>
      </w:r>
    </w:p>
    <w:p w14:paraId="086F9CE0" w14:textId="4D80E4AF" w:rsidR="00E6367E" w:rsidRDefault="00000000">
      <w:pPr>
        <w:spacing w:after="100"/>
      </w:pPr>
      <w:r w:rsidRPr="00CE2441">
        <w:rPr>
          <w:rFonts w:ascii="Arial" w:hAnsi="Arial"/>
          <w:b/>
          <w:bCs/>
          <w:color w:val="548DD4" w:themeColor="text2" w:themeTint="99"/>
        </w:rPr>
        <w:t>Výstupy:</w:t>
      </w:r>
      <w:r w:rsidRPr="00CE2441">
        <w:rPr>
          <w:rFonts w:ascii="Arial" w:hAnsi="Arial"/>
          <w:color w:val="548DD4" w:themeColor="text2" w:themeTint="99"/>
        </w:rPr>
        <w:t xml:space="preserve"> </w:t>
      </w:r>
      <w:r>
        <w:rPr>
          <w:rFonts w:ascii="Arial" w:hAnsi="Arial"/>
        </w:rPr>
        <w:t>Uviesť konkrétne výsledky mentoringu využiteľné pri hodnotení projektu a vo výročnej správe SATKD – napr. počet zapojených športových odborníkov, počet hodín a aktivít, realizované školenia, tréningy, rozhodcovské alebo organizačné činnosti, vytvorené odborné/metodické materiály, zlepšené kompetencie a odporúčania pre ďalšie obdobie.</w:t>
      </w:r>
    </w:p>
    <w:p w14:paraId="3CE1E47D" w14:textId="77777777" w:rsidR="00E6367E" w:rsidRDefault="00000000">
      <w:pPr>
        <w:spacing w:after="100"/>
      </w:pPr>
      <w:r w:rsidRPr="00CE2441">
        <w:rPr>
          <w:rFonts w:ascii="Arial" w:hAnsi="Arial"/>
          <w:b/>
          <w:bCs/>
          <w:color w:val="548DD4" w:themeColor="text2" w:themeTint="99"/>
        </w:rPr>
        <w:t>Dokladovanie:</w:t>
      </w:r>
      <w:r w:rsidRPr="00CE2441">
        <w:rPr>
          <w:rFonts w:ascii="Arial" w:hAnsi="Arial"/>
          <w:color w:val="548DD4" w:themeColor="text2" w:themeTint="99"/>
        </w:rPr>
        <w:t xml:space="preserve"> </w:t>
      </w:r>
      <w:r>
        <w:rPr>
          <w:rFonts w:ascii="Arial" w:hAnsi="Arial"/>
        </w:rPr>
        <w:t>K výkazu podľa charakteru činnosti priložiť relevantné podklady – prezenčné listiny, screenshoty z online stretnutí, fotodokumentáciu, odborné alebo metodické materiály, záznamy z praktickej činnosti alebo iné preukázateľné výstupy.</w:t>
      </w:r>
    </w:p>
    <w:p w14:paraId="41076235" w14:textId="6442D832" w:rsidR="00E6367E" w:rsidRPr="00CE2441" w:rsidRDefault="00000000">
      <w:pPr>
        <w:spacing w:before="160"/>
        <w:rPr>
          <w:sz w:val="28"/>
          <w:szCs w:val="28"/>
        </w:rPr>
      </w:pPr>
      <w:r w:rsidRPr="00CE2441">
        <w:rPr>
          <w:rFonts w:ascii="Arial" w:hAnsi="Arial"/>
          <w:b/>
          <w:color w:val="548DD4" w:themeColor="text2" w:themeTint="99"/>
          <w:sz w:val="21"/>
          <w:szCs w:val="28"/>
        </w:rPr>
        <w:t xml:space="preserve">Účel tlačiva: </w:t>
      </w:r>
      <w:r w:rsidRPr="00CE2441">
        <w:rPr>
          <w:rFonts w:ascii="Arial" w:hAnsi="Arial"/>
          <w:bCs/>
          <w:sz w:val="21"/>
          <w:szCs w:val="28"/>
        </w:rPr>
        <w:t xml:space="preserve">priebežná evidencia mentoringovej činnosti, </w:t>
      </w:r>
      <w:proofErr w:type="spellStart"/>
      <w:r w:rsidRPr="00CE2441">
        <w:rPr>
          <w:rFonts w:ascii="Arial" w:hAnsi="Arial"/>
          <w:bCs/>
          <w:sz w:val="21"/>
          <w:szCs w:val="28"/>
        </w:rPr>
        <w:t>kontrola</w:t>
      </w:r>
      <w:proofErr w:type="spellEnd"/>
      <w:r w:rsidRPr="00CE2441">
        <w:rPr>
          <w:rFonts w:ascii="Arial" w:hAnsi="Arial"/>
          <w:bCs/>
          <w:sz w:val="21"/>
          <w:szCs w:val="28"/>
        </w:rPr>
        <w:t xml:space="preserve"> </w:t>
      </w:r>
      <w:proofErr w:type="spellStart"/>
      <w:r w:rsidRPr="00CE2441">
        <w:rPr>
          <w:rFonts w:ascii="Arial" w:hAnsi="Arial"/>
          <w:bCs/>
          <w:sz w:val="21"/>
          <w:szCs w:val="28"/>
        </w:rPr>
        <w:t>plnenia</w:t>
      </w:r>
      <w:proofErr w:type="spellEnd"/>
      <w:r w:rsidRPr="00CE2441">
        <w:rPr>
          <w:rFonts w:ascii="Arial" w:hAnsi="Arial"/>
          <w:bCs/>
          <w:sz w:val="21"/>
          <w:szCs w:val="28"/>
        </w:rPr>
        <w:t xml:space="preserve"> </w:t>
      </w:r>
      <w:proofErr w:type="spellStart"/>
      <w:r w:rsidRPr="00CE2441">
        <w:rPr>
          <w:rFonts w:ascii="Arial" w:hAnsi="Arial"/>
          <w:bCs/>
          <w:sz w:val="21"/>
          <w:szCs w:val="28"/>
        </w:rPr>
        <w:t>programu</w:t>
      </w:r>
      <w:proofErr w:type="spellEnd"/>
      <w:r w:rsidRPr="00CE2441">
        <w:rPr>
          <w:rFonts w:ascii="Arial" w:hAnsi="Arial"/>
          <w:bCs/>
          <w:sz w:val="21"/>
          <w:szCs w:val="28"/>
        </w:rPr>
        <w:t xml:space="preserve">, </w:t>
      </w:r>
      <w:proofErr w:type="spellStart"/>
      <w:r w:rsidRPr="00CE2441">
        <w:rPr>
          <w:rFonts w:ascii="Arial" w:hAnsi="Arial"/>
          <w:bCs/>
          <w:sz w:val="21"/>
          <w:szCs w:val="28"/>
        </w:rPr>
        <w:t>vyhodnotenie</w:t>
      </w:r>
      <w:proofErr w:type="spellEnd"/>
      <w:r w:rsidRPr="00CE2441">
        <w:rPr>
          <w:rFonts w:ascii="Arial" w:hAnsi="Arial"/>
          <w:bCs/>
          <w:sz w:val="21"/>
          <w:szCs w:val="28"/>
        </w:rPr>
        <w:t xml:space="preserve"> </w:t>
      </w:r>
      <w:proofErr w:type="spellStart"/>
      <w:r w:rsidRPr="00CE2441">
        <w:rPr>
          <w:rFonts w:ascii="Arial" w:hAnsi="Arial"/>
          <w:bCs/>
          <w:sz w:val="21"/>
          <w:szCs w:val="28"/>
        </w:rPr>
        <w:t>odborného</w:t>
      </w:r>
      <w:proofErr w:type="spellEnd"/>
      <w:r w:rsidRPr="00CE2441">
        <w:rPr>
          <w:rFonts w:ascii="Arial" w:hAnsi="Arial"/>
          <w:bCs/>
          <w:sz w:val="21"/>
          <w:szCs w:val="28"/>
        </w:rPr>
        <w:t xml:space="preserve"> </w:t>
      </w:r>
      <w:proofErr w:type="spellStart"/>
      <w:r w:rsidRPr="00CE2441">
        <w:rPr>
          <w:rFonts w:ascii="Arial" w:hAnsi="Arial"/>
          <w:bCs/>
          <w:sz w:val="21"/>
          <w:szCs w:val="28"/>
        </w:rPr>
        <w:t>rozvoja</w:t>
      </w:r>
      <w:proofErr w:type="spellEnd"/>
      <w:r w:rsidRPr="00CE2441">
        <w:rPr>
          <w:rFonts w:ascii="Arial" w:hAnsi="Arial"/>
          <w:bCs/>
          <w:sz w:val="21"/>
          <w:szCs w:val="28"/>
        </w:rPr>
        <w:t xml:space="preserve"> </w:t>
      </w:r>
      <w:proofErr w:type="spellStart"/>
      <w:r w:rsidR="00356FF1" w:rsidRPr="00CE2441">
        <w:rPr>
          <w:rFonts w:ascii="Arial" w:hAnsi="Arial"/>
          <w:bCs/>
          <w:sz w:val="21"/>
          <w:szCs w:val="28"/>
        </w:rPr>
        <w:t>športových</w:t>
      </w:r>
      <w:proofErr w:type="spellEnd"/>
      <w:r w:rsidR="00356FF1" w:rsidRPr="00CE2441">
        <w:rPr>
          <w:rFonts w:ascii="Arial" w:hAnsi="Arial"/>
          <w:bCs/>
          <w:sz w:val="21"/>
          <w:szCs w:val="28"/>
        </w:rPr>
        <w:t xml:space="preserve"> </w:t>
      </w:r>
      <w:proofErr w:type="spellStart"/>
      <w:r w:rsidR="00356FF1" w:rsidRPr="00CE2441">
        <w:rPr>
          <w:rFonts w:ascii="Arial" w:hAnsi="Arial"/>
          <w:bCs/>
          <w:sz w:val="21"/>
          <w:szCs w:val="28"/>
        </w:rPr>
        <w:t>odborníkov</w:t>
      </w:r>
      <w:proofErr w:type="spellEnd"/>
      <w:r w:rsidRPr="00CE2441">
        <w:rPr>
          <w:rFonts w:ascii="Arial" w:hAnsi="Arial"/>
          <w:bCs/>
          <w:sz w:val="21"/>
          <w:szCs w:val="28"/>
        </w:rPr>
        <w:t xml:space="preserve"> a </w:t>
      </w:r>
      <w:proofErr w:type="spellStart"/>
      <w:r w:rsidRPr="00CE2441">
        <w:rPr>
          <w:rFonts w:ascii="Arial" w:hAnsi="Arial"/>
          <w:bCs/>
          <w:sz w:val="21"/>
          <w:szCs w:val="28"/>
        </w:rPr>
        <w:t>získanie</w:t>
      </w:r>
      <w:proofErr w:type="spellEnd"/>
      <w:r w:rsidRPr="00CE2441">
        <w:rPr>
          <w:rFonts w:ascii="Arial" w:hAnsi="Arial"/>
          <w:bCs/>
          <w:sz w:val="21"/>
          <w:szCs w:val="28"/>
        </w:rPr>
        <w:t xml:space="preserve"> </w:t>
      </w:r>
      <w:proofErr w:type="spellStart"/>
      <w:r w:rsidRPr="00CE2441">
        <w:rPr>
          <w:rFonts w:ascii="Arial" w:hAnsi="Arial"/>
          <w:bCs/>
          <w:sz w:val="21"/>
          <w:szCs w:val="28"/>
        </w:rPr>
        <w:t>jednotných</w:t>
      </w:r>
      <w:proofErr w:type="spellEnd"/>
      <w:r w:rsidRPr="00CE2441">
        <w:rPr>
          <w:rFonts w:ascii="Arial" w:hAnsi="Arial"/>
          <w:bCs/>
          <w:sz w:val="21"/>
          <w:szCs w:val="28"/>
        </w:rPr>
        <w:t xml:space="preserve"> údajov pre projekty, vyúčtovanie a výročnú správu SATKD.</w:t>
      </w:r>
    </w:p>
    <w:sectPr w:rsidR="00E6367E" w:rsidRPr="00CE2441" w:rsidSect="00CE2441">
      <w:headerReference w:type="default" r:id="rId8"/>
      <w:pgSz w:w="12240" w:h="15840"/>
      <w:pgMar w:top="175" w:right="850" w:bottom="501" w:left="850" w:header="76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74302B" w14:textId="77777777" w:rsidR="00C42245" w:rsidRDefault="00C42245" w:rsidP="004426FF">
      <w:pPr>
        <w:spacing w:after="0" w:line="240" w:lineRule="auto"/>
      </w:pPr>
      <w:r>
        <w:separator/>
      </w:r>
    </w:p>
  </w:endnote>
  <w:endnote w:type="continuationSeparator" w:id="0">
    <w:p w14:paraId="01606F6E" w14:textId="77777777" w:rsidR="00C42245" w:rsidRDefault="00C42245" w:rsidP="00442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BC9F77" w14:textId="77777777" w:rsidR="00C42245" w:rsidRDefault="00C42245" w:rsidP="004426FF">
      <w:pPr>
        <w:spacing w:after="0" w:line="240" w:lineRule="auto"/>
      </w:pPr>
      <w:r>
        <w:separator/>
      </w:r>
    </w:p>
  </w:footnote>
  <w:footnote w:type="continuationSeparator" w:id="0">
    <w:p w14:paraId="4CC6FEE1" w14:textId="77777777" w:rsidR="00C42245" w:rsidRDefault="00C42245" w:rsidP="00442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F4E602" w14:textId="57DA7422" w:rsidR="00CE2441" w:rsidRDefault="00CE2441">
    <w:pPr>
      <w:pStyle w:val="Hlavika"/>
    </w:pPr>
    <w:r w:rsidRPr="0057019A">
      <w:rPr>
        <w:noProof/>
        <w:lang w:eastAsia="sk-SK"/>
      </w:rPr>
      <w:drawing>
        <wp:anchor distT="152400" distB="152400" distL="152400" distR="152400" simplePos="0" relativeHeight="251659264" behindDoc="0" locked="0" layoutInCell="1" allowOverlap="1" wp14:anchorId="6EEFC437" wp14:editId="5F766D5E">
          <wp:simplePos x="0" y="0"/>
          <wp:positionH relativeFrom="margin">
            <wp:posOffset>-127000</wp:posOffset>
          </wp:positionH>
          <wp:positionV relativeFrom="page">
            <wp:posOffset>222250</wp:posOffset>
          </wp:positionV>
          <wp:extent cx="1638300" cy="603250"/>
          <wp:effectExtent l="0" t="0" r="0" b="6350"/>
          <wp:wrapNone/>
          <wp:docPr id="716896867" name="Obrázok 716896867" descr="Obrázok, na ktorom je písmo, grafika, logo,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896867" name="Obrázok 716896867" descr="Obrázok, na ktorom je písmo, grafika, logo, text&#10;&#10;Automaticky generovaný popis"/>
                  <pic:cNvPicPr>
                    <a:picLocks noChangeAspect="1"/>
                  </pic:cNvPicPr>
                </pic:nvPicPr>
                <pic:blipFill>
                  <a:blip r:embed="rId1"/>
                  <a:srcRect l="681" r="1363"/>
                  <a:stretch>
                    <a:fillRect/>
                  </a:stretch>
                </pic:blipFill>
                <pic:spPr>
                  <a:xfrm>
                    <a:off x="0" y="0"/>
                    <a:ext cx="1638300" cy="603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28BC82" w14:textId="223621E8" w:rsidR="00CE2441" w:rsidRDefault="00CE2441" w:rsidP="00CE2441">
    <w:pPr>
      <w:spacing w:after="0"/>
      <w:jc w:val="center"/>
      <w:rPr>
        <w:rFonts w:ascii="Arial" w:hAnsi="Arial"/>
        <w:b/>
        <w:color w:val="EE0000"/>
        <w:sz w:val="20"/>
      </w:rPr>
    </w:pPr>
    <w:r w:rsidRPr="00180A58">
      <w:rPr>
        <w:rFonts w:ascii="Arial" w:hAnsi="Arial"/>
        <w:b/>
        <w:color w:val="EE0000"/>
        <w:sz w:val="20"/>
      </w:rPr>
      <w:t>SLOVENSKÁ ASOCIÁCIA TAEKWONDO WT</w:t>
    </w:r>
  </w:p>
  <w:p w14:paraId="2F6F0AC8" w14:textId="77777777" w:rsidR="00CE2441" w:rsidRPr="00CE2441" w:rsidRDefault="00CE2441" w:rsidP="00CE2441">
    <w:pPr>
      <w:spacing w:after="0"/>
      <w:jc w:val="center"/>
      <w:rPr>
        <w:color w:val="EE0000"/>
        <w:sz w:val="10"/>
        <w:szCs w:val="10"/>
      </w:rPr>
    </w:pPr>
  </w:p>
  <w:p w14:paraId="5CD4A2A3" w14:textId="77777777" w:rsidR="00CE2441" w:rsidRDefault="00CE2441" w:rsidP="00CE2441">
    <w:pPr>
      <w:spacing w:after="0"/>
      <w:jc w:val="center"/>
    </w:pPr>
    <w:r>
      <w:rPr>
        <w:rFonts w:ascii="Arial" w:hAnsi="Arial"/>
        <w:b/>
        <w:color w:val="1F4E79"/>
        <w:sz w:val="34"/>
      </w:rPr>
      <w:t>VÝKAZ MENTORINGOVEJ ČINNOSTI</w:t>
    </w:r>
  </w:p>
  <w:p w14:paraId="64703821" w14:textId="77777777" w:rsidR="00CE2441" w:rsidRDefault="00CE2441" w:rsidP="00CE2441">
    <w:pPr>
      <w:spacing w:after="120"/>
      <w:jc w:val="center"/>
      <w:rPr>
        <w:rFonts w:ascii="Arial" w:hAnsi="Arial"/>
        <w:sz w:val="20"/>
      </w:rPr>
    </w:pPr>
    <w:r>
      <w:rPr>
        <w:rFonts w:ascii="Arial" w:hAnsi="Arial"/>
        <w:sz w:val="20"/>
      </w:rPr>
      <w:t xml:space="preserve">Program </w:t>
    </w:r>
    <w:proofErr w:type="spellStart"/>
    <w:r>
      <w:rPr>
        <w:rFonts w:ascii="Arial" w:hAnsi="Arial"/>
        <w:sz w:val="20"/>
      </w:rPr>
      <w:t>vzdelávania</w:t>
    </w:r>
    <w:proofErr w:type="spellEnd"/>
    <w:r>
      <w:rPr>
        <w:rFonts w:ascii="Arial" w:hAnsi="Arial"/>
        <w:sz w:val="20"/>
      </w:rPr>
      <w:t xml:space="preserve"> </w:t>
    </w:r>
    <w:proofErr w:type="gramStart"/>
    <w:r>
      <w:rPr>
        <w:rFonts w:ascii="Arial" w:hAnsi="Arial"/>
        <w:sz w:val="20"/>
      </w:rPr>
      <w:t>a</w:t>
    </w:r>
    <w:proofErr w:type="gramEnd"/>
    <w:r>
      <w:rPr>
        <w:rFonts w:ascii="Arial" w:hAnsi="Arial"/>
        <w:sz w:val="20"/>
      </w:rPr>
      <w:t xml:space="preserve"> </w:t>
    </w:r>
    <w:proofErr w:type="spellStart"/>
    <w:r>
      <w:rPr>
        <w:rFonts w:ascii="Arial" w:hAnsi="Arial"/>
        <w:sz w:val="20"/>
      </w:rPr>
      <w:t>odborného</w:t>
    </w:r>
    <w:proofErr w:type="spellEnd"/>
    <w:r>
      <w:rPr>
        <w:rFonts w:ascii="Arial" w:hAnsi="Arial"/>
        <w:sz w:val="20"/>
      </w:rPr>
      <w:t xml:space="preserve"> </w:t>
    </w:r>
    <w:proofErr w:type="spellStart"/>
    <w:r>
      <w:rPr>
        <w:rFonts w:ascii="Arial" w:hAnsi="Arial"/>
        <w:sz w:val="20"/>
      </w:rPr>
      <w:t>rozvoja</w:t>
    </w:r>
    <w:proofErr w:type="spellEnd"/>
    <w:r>
      <w:rPr>
        <w:rFonts w:ascii="Arial" w:hAnsi="Arial"/>
        <w:sz w:val="20"/>
      </w:rPr>
      <w:t xml:space="preserve"> </w:t>
    </w:r>
    <w:proofErr w:type="spellStart"/>
    <w:r>
      <w:rPr>
        <w:rFonts w:ascii="Arial" w:hAnsi="Arial"/>
        <w:sz w:val="20"/>
      </w:rPr>
      <w:t>športových</w:t>
    </w:r>
    <w:proofErr w:type="spellEnd"/>
    <w:r>
      <w:rPr>
        <w:rFonts w:ascii="Arial" w:hAnsi="Arial"/>
        <w:sz w:val="20"/>
      </w:rPr>
      <w:t xml:space="preserve"> </w:t>
    </w:r>
    <w:proofErr w:type="spellStart"/>
    <w:r>
      <w:rPr>
        <w:rFonts w:ascii="Arial" w:hAnsi="Arial"/>
        <w:sz w:val="20"/>
      </w:rPr>
      <w:t>odborníkov</w:t>
    </w:r>
    <w:proofErr w:type="spellEnd"/>
    <w:r>
      <w:rPr>
        <w:rFonts w:ascii="Arial" w:hAnsi="Arial"/>
        <w:sz w:val="20"/>
      </w:rPr>
      <w:t xml:space="preserve"> SATKD</w:t>
    </w:r>
  </w:p>
  <w:p w14:paraId="677694E5" w14:textId="2E0D8600" w:rsidR="004426FF" w:rsidRDefault="004426FF">
    <w:pPr>
      <w:pStyle w:val="Hlavika"/>
    </w:pPr>
  </w:p>
  <w:p w14:paraId="572D5979" w14:textId="370AE5BD" w:rsidR="004426FF" w:rsidRDefault="004426F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66230">
    <w:abstractNumId w:val="8"/>
  </w:num>
  <w:num w:numId="2" w16cid:durableId="1506630095">
    <w:abstractNumId w:val="6"/>
  </w:num>
  <w:num w:numId="3" w16cid:durableId="502204438">
    <w:abstractNumId w:val="5"/>
  </w:num>
  <w:num w:numId="4" w16cid:durableId="1159807312">
    <w:abstractNumId w:val="4"/>
  </w:num>
  <w:num w:numId="5" w16cid:durableId="407773828">
    <w:abstractNumId w:val="7"/>
  </w:num>
  <w:num w:numId="6" w16cid:durableId="190995347">
    <w:abstractNumId w:val="3"/>
  </w:num>
  <w:num w:numId="7" w16cid:durableId="1086726085">
    <w:abstractNumId w:val="2"/>
  </w:num>
  <w:num w:numId="8" w16cid:durableId="189687809">
    <w:abstractNumId w:val="1"/>
  </w:num>
  <w:num w:numId="9" w16cid:durableId="4042315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0A58"/>
    <w:rsid w:val="002007DD"/>
    <w:rsid w:val="0029639D"/>
    <w:rsid w:val="00326F90"/>
    <w:rsid w:val="00336A1F"/>
    <w:rsid w:val="00356FF1"/>
    <w:rsid w:val="00403174"/>
    <w:rsid w:val="004426FF"/>
    <w:rsid w:val="00AA1D8D"/>
    <w:rsid w:val="00B47730"/>
    <w:rsid w:val="00BA1C8C"/>
    <w:rsid w:val="00C05E88"/>
    <w:rsid w:val="00C42245"/>
    <w:rsid w:val="00C665ED"/>
    <w:rsid w:val="00CB0664"/>
    <w:rsid w:val="00CE2441"/>
    <w:rsid w:val="00E636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B4A0DA"/>
  <w14:defaultImageDpi w14:val="300"/>
  <w15:docId w15:val="{974A8DFF-84C2-4E4F-ABC6-1C9B67DC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498</Words>
  <Characters>3373</Characters>
  <Application>Microsoft Office Word</Application>
  <DocSecurity>0</DocSecurity>
  <Lines>281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Izarikova</cp:lastModifiedBy>
  <cp:revision>5</cp:revision>
  <dcterms:created xsi:type="dcterms:W3CDTF">2026-09-10T08:54:00Z</dcterms:created>
  <dcterms:modified xsi:type="dcterms:W3CDTF">2026-09-10T09:06:00Z</dcterms:modified>
  <cp:category/>
</cp:coreProperties>
</file>